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B9318" w14:textId="33C1895E" w:rsidR="00D270D5" w:rsidRPr="00BC4741" w:rsidRDefault="000313E0">
      <w:pPr>
        <w:pStyle w:val="Titolo"/>
        <w:jc w:val="center"/>
        <w:rPr>
          <w:lang w:val="it-IT"/>
        </w:rPr>
      </w:pPr>
      <w:r>
        <w:rPr>
          <w:lang w:val="it-IT"/>
        </w:rPr>
        <w:t xml:space="preserve">FORM </w:t>
      </w:r>
      <w:r w:rsidR="00247870">
        <w:rPr>
          <w:lang w:val="it-IT"/>
        </w:rPr>
        <w:t>DI ISCRIZIONE</w:t>
      </w:r>
    </w:p>
    <w:p w14:paraId="238F786F" w14:textId="7813CB53" w:rsidR="000F30FF" w:rsidRPr="000F30FF" w:rsidRDefault="000C5D88" w:rsidP="000F30FF">
      <w:pPr>
        <w:spacing w:after="20"/>
        <w:jc w:val="center"/>
        <w:rPr>
          <w:b/>
          <w:sz w:val="28"/>
          <w:lang w:val="it-IT"/>
        </w:rPr>
      </w:pPr>
      <w:r w:rsidRPr="00BC4741">
        <w:rPr>
          <w:b/>
          <w:sz w:val="28"/>
          <w:lang w:val="it-IT"/>
        </w:rPr>
        <w:t xml:space="preserve">Concorso </w:t>
      </w:r>
      <w:r w:rsidR="000F30FF">
        <w:rPr>
          <w:b/>
          <w:sz w:val="28"/>
          <w:lang w:val="it-IT"/>
        </w:rPr>
        <w:t>“</w:t>
      </w:r>
      <w:r w:rsidR="000F30FF" w:rsidRPr="000F30FF">
        <w:rPr>
          <w:b/>
          <w:sz w:val="28"/>
          <w:lang w:val="it-IT"/>
        </w:rPr>
        <w:t>Raccontare la Puglia con l’intelligenza artificiale</w:t>
      </w:r>
      <w:r w:rsidR="000F30FF">
        <w:rPr>
          <w:b/>
          <w:sz w:val="28"/>
          <w:lang w:val="it-IT"/>
        </w:rPr>
        <w:t>”</w:t>
      </w:r>
    </w:p>
    <w:p w14:paraId="0DB700D3" w14:textId="520C0F98" w:rsidR="00D270D5" w:rsidRPr="00BC4741" w:rsidRDefault="000C5D88">
      <w:pPr>
        <w:spacing w:after="20"/>
        <w:jc w:val="center"/>
        <w:rPr>
          <w:lang w:val="it-IT"/>
        </w:rPr>
      </w:pPr>
      <w:r w:rsidRPr="00BC4741">
        <w:rPr>
          <w:b/>
          <w:sz w:val="28"/>
          <w:lang w:val="it-IT"/>
        </w:rPr>
        <w:t>ADE 2026</w:t>
      </w:r>
    </w:p>
    <w:p w14:paraId="40A750DB" w14:textId="77777777" w:rsidR="00D270D5" w:rsidRPr="00BC4741" w:rsidRDefault="000C5D88">
      <w:pPr>
        <w:spacing w:after="140"/>
        <w:jc w:val="center"/>
        <w:rPr>
          <w:lang w:val="it-IT"/>
        </w:rPr>
      </w:pPr>
      <w:r w:rsidRPr="00BC4741">
        <w:rPr>
          <w:i/>
          <w:color w:val="555F67"/>
          <w:lang w:val="it-IT"/>
        </w:rPr>
        <w:t>Terza edizione di Apulia Digital Experience · Bari, 11–13 dicembre 2026</w:t>
      </w:r>
    </w:p>
    <w:tbl>
      <w:tblPr>
        <w:tblW w:w="0" w:type="auto"/>
        <w:jc w:val="center"/>
        <w:tblBorders>
          <w:top w:val="single" w:sz="8" w:space="0" w:color="0066A1"/>
          <w:left w:val="single" w:sz="8" w:space="0" w:color="0066A1"/>
          <w:bottom w:val="single" w:sz="8" w:space="0" w:color="0066A1"/>
          <w:right w:val="single" w:sz="8" w:space="0" w:color="0066A1"/>
          <w:insideH w:val="single" w:sz="8" w:space="0" w:color="0066A1"/>
          <w:insideV w:val="single" w:sz="8" w:space="0" w:color="0066A1"/>
        </w:tblBorders>
        <w:tblLayout w:type="fixed"/>
        <w:tblLook w:val="04A0" w:firstRow="1" w:lastRow="0" w:firstColumn="1" w:lastColumn="0" w:noHBand="0" w:noVBand="1"/>
      </w:tblPr>
      <w:tblGrid>
        <w:gridCol w:w="9922"/>
      </w:tblGrid>
      <w:tr w:rsidR="00D270D5" w14:paraId="39C85DA5" w14:textId="77777777">
        <w:trPr>
          <w:jc w:val="center"/>
        </w:trPr>
        <w:tc>
          <w:tcPr>
            <w:tcW w:w="9922" w:type="dxa"/>
            <w:shd w:val="clear" w:color="auto" w:fill="EAF3F8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6DD5AFDB" w14:textId="45050897" w:rsidR="00D270D5" w:rsidRDefault="000C5D88">
            <w:pPr>
              <w:spacing w:after="0"/>
              <w:jc w:val="center"/>
            </w:pPr>
            <w:r>
              <w:rPr>
                <w:b/>
                <w:color w:val="0066A1"/>
                <w:sz w:val="21"/>
              </w:rPr>
              <w:t>TERMINE PER L’ISCRIZIONE: 2</w:t>
            </w:r>
            <w:r w:rsidR="000313E0">
              <w:rPr>
                <w:b/>
                <w:color w:val="0066A1"/>
                <w:sz w:val="21"/>
              </w:rPr>
              <w:t>7</w:t>
            </w:r>
            <w:r>
              <w:rPr>
                <w:b/>
                <w:color w:val="0066A1"/>
                <w:sz w:val="21"/>
              </w:rPr>
              <w:t xml:space="preserve"> NOVEMBRE 2026</w:t>
            </w:r>
          </w:p>
        </w:tc>
      </w:tr>
    </w:tbl>
    <w:p w14:paraId="56BD4ACC" w14:textId="18010A45" w:rsidR="00D270D5" w:rsidRPr="00BC4741" w:rsidRDefault="003F4F60">
      <w:pPr>
        <w:spacing w:before="140" w:after="40"/>
        <w:jc w:val="both"/>
        <w:rPr>
          <w:lang w:val="it-IT"/>
        </w:rPr>
      </w:pPr>
      <w:r>
        <w:rPr>
          <w:sz w:val="18"/>
          <w:lang w:val="it-IT"/>
        </w:rPr>
        <w:t>Il</w:t>
      </w:r>
      <w:r w:rsidR="000C5D88" w:rsidRPr="00BC4741">
        <w:rPr>
          <w:sz w:val="18"/>
          <w:lang w:val="it-IT"/>
        </w:rPr>
        <w:t xml:space="preserve"> presente </w:t>
      </w:r>
      <w:r>
        <w:rPr>
          <w:sz w:val="18"/>
          <w:lang w:val="it-IT"/>
        </w:rPr>
        <w:t>form</w:t>
      </w:r>
      <w:r w:rsidR="00247870">
        <w:rPr>
          <w:sz w:val="18"/>
          <w:lang w:val="it-IT"/>
        </w:rPr>
        <w:t xml:space="preserve"> </w:t>
      </w:r>
      <w:r w:rsidR="000C5D88" w:rsidRPr="00BC4741">
        <w:rPr>
          <w:sz w:val="18"/>
          <w:lang w:val="it-IT"/>
        </w:rPr>
        <w:t xml:space="preserve">deve essere </w:t>
      </w:r>
      <w:proofErr w:type="spellStart"/>
      <w:r w:rsidR="000C5D88" w:rsidRPr="00BC4741">
        <w:rPr>
          <w:sz w:val="18"/>
          <w:lang w:val="it-IT"/>
        </w:rPr>
        <w:t>inviat</w:t>
      </w:r>
      <w:r>
        <w:rPr>
          <w:sz w:val="18"/>
          <w:lang w:val="it-IT"/>
        </w:rPr>
        <w:t>o</w:t>
      </w:r>
      <w:proofErr w:type="spellEnd"/>
      <w:r w:rsidR="000C5D88" w:rsidRPr="00BC4741">
        <w:rPr>
          <w:sz w:val="18"/>
          <w:lang w:val="it-IT"/>
        </w:rPr>
        <w:t xml:space="preserve"> entro il 2</w:t>
      </w:r>
      <w:r w:rsidR="00247870">
        <w:rPr>
          <w:sz w:val="18"/>
          <w:lang w:val="it-IT"/>
        </w:rPr>
        <w:t>7</w:t>
      </w:r>
      <w:r w:rsidR="000C5D88" w:rsidRPr="00BC4741">
        <w:rPr>
          <w:sz w:val="18"/>
          <w:lang w:val="it-IT"/>
        </w:rPr>
        <w:t xml:space="preserve"> novembre 2026 a </w:t>
      </w:r>
      <w:hyperlink r:id="rId8">
        <w:r w:rsidR="000C5D88" w:rsidRPr="00BC4741">
          <w:rPr>
            <w:color w:val="0066A1"/>
            <w:u w:val="single"/>
            <w:lang w:val="it-IT"/>
          </w:rPr>
          <w:t>apuliadigitalexperience@rai.it</w:t>
        </w:r>
      </w:hyperlink>
      <w:r w:rsidR="000C5D88" w:rsidRPr="00BC4741">
        <w:rPr>
          <w:sz w:val="18"/>
          <w:lang w:val="it-IT"/>
        </w:rPr>
        <w:t>. Entro lo stesso termine deve essere compilat</w:t>
      </w:r>
      <w:r w:rsidR="00247870">
        <w:rPr>
          <w:sz w:val="18"/>
          <w:lang w:val="it-IT"/>
        </w:rPr>
        <w:t>a la scheda di iscrizione</w:t>
      </w:r>
      <w:r w:rsidR="000C5D88" w:rsidRPr="00BC4741">
        <w:rPr>
          <w:sz w:val="18"/>
          <w:lang w:val="it-IT"/>
        </w:rPr>
        <w:t xml:space="preserve"> disponibile alla pagina </w:t>
      </w:r>
      <w:hyperlink r:id="rId9">
        <w:r w:rsidR="000C5D88" w:rsidRPr="00BC4741">
          <w:rPr>
            <w:color w:val="0066A1"/>
            <w:u w:val="single"/>
            <w:lang w:val="it-IT"/>
          </w:rPr>
          <w:t>www.raicom.rai.it/ade-iscrizione-al-concorso/</w:t>
        </w:r>
      </w:hyperlink>
      <w:r w:rsidR="000C5D88" w:rsidRPr="00BC4741">
        <w:rPr>
          <w:sz w:val="18"/>
          <w:lang w:val="it-IT"/>
        </w:rPr>
        <w:t>, inserendo le informazioni e i materiali richiesti dal Regolamento.</w:t>
      </w:r>
    </w:p>
    <w:p w14:paraId="7D36C824" w14:textId="78C1AEAE" w:rsidR="00D270D5" w:rsidRDefault="000C5D88">
      <w:pPr>
        <w:pStyle w:val="Titolo1"/>
      </w:pPr>
      <w:r>
        <w:t xml:space="preserve">1. </w:t>
      </w:r>
      <w:r w:rsidR="00247870" w:rsidRPr="00247870">
        <w:rPr>
          <w:lang w:val="it-IT"/>
        </w:rPr>
        <w:t xml:space="preserve">SINOSSI DI </w:t>
      </w:r>
      <w:r w:rsidR="00247870">
        <w:rPr>
          <w:lang w:val="it-IT"/>
        </w:rPr>
        <w:t>MAX</w:t>
      </w:r>
      <w:r w:rsidR="00247870" w:rsidRPr="00247870">
        <w:rPr>
          <w:lang w:val="it-IT"/>
        </w:rPr>
        <w:t xml:space="preserve"> 1000 PAROLE</w:t>
      </w:r>
      <w:r w:rsidR="00247870" w:rsidRPr="00247870"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tbl>
      <w:tblPr>
        <w:tblW w:w="9921" w:type="dxa"/>
        <w:jc w:val="center"/>
        <w:tblBorders>
          <w:top w:val="single" w:sz="6" w:space="0" w:color="D9E1E5"/>
          <w:left w:val="single" w:sz="6" w:space="0" w:color="D9E1E5"/>
          <w:bottom w:val="single" w:sz="6" w:space="0" w:color="D9E1E5"/>
          <w:right w:val="single" w:sz="6" w:space="0" w:color="D9E1E5"/>
          <w:insideH w:val="single" w:sz="6" w:space="0" w:color="D9E1E5"/>
          <w:insideV w:val="single" w:sz="6" w:space="0" w:color="D9E1E5"/>
        </w:tblBorders>
        <w:tblLayout w:type="fixed"/>
        <w:tblLook w:val="04A0" w:firstRow="1" w:lastRow="0" w:firstColumn="1" w:lastColumn="0" w:noHBand="0" w:noVBand="1"/>
      </w:tblPr>
      <w:tblGrid>
        <w:gridCol w:w="9921"/>
      </w:tblGrid>
      <w:tr w:rsidR="00D270D5" w14:paraId="32DF009E" w14:textId="77777777" w:rsidTr="00247870">
        <w:trPr>
          <w:cantSplit/>
          <w:jc w:val="center"/>
        </w:trPr>
        <w:tc>
          <w:tcPr>
            <w:tcW w:w="9921" w:type="dxa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9A91AD8" w14:textId="3748BD28" w:rsidR="00D270D5" w:rsidRDefault="00D270D5">
            <w:pPr>
              <w:spacing w:after="0"/>
              <w:rPr>
                <w:b/>
                <w:sz w:val="18"/>
              </w:rPr>
            </w:pPr>
          </w:p>
          <w:p w14:paraId="5A475B17" w14:textId="77777777" w:rsidR="00247870" w:rsidRDefault="00247870">
            <w:pPr>
              <w:spacing w:after="0"/>
              <w:rPr>
                <w:b/>
                <w:sz w:val="18"/>
              </w:rPr>
            </w:pPr>
          </w:p>
          <w:p w14:paraId="51A85163" w14:textId="77777777" w:rsidR="00247870" w:rsidRDefault="00247870">
            <w:pPr>
              <w:spacing w:after="0"/>
              <w:rPr>
                <w:b/>
                <w:sz w:val="18"/>
              </w:rPr>
            </w:pPr>
          </w:p>
          <w:p w14:paraId="5F206867" w14:textId="77777777" w:rsidR="00247870" w:rsidRDefault="00247870">
            <w:pPr>
              <w:spacing w:after="0"/>
              <w:rPr>
                <w:b/>
                <w:sz w:val="18"/>
              </w:rPr>
            </w:pPr>
          </w:p>
          <w:p w14:paraId="616EE8F8" w14:textId="77777777" w:rsidR="00247870" w:rsidRDefault="00247870">
            <w:pPr>
              <w:spacing w:after="0"/>
              <w:rPr>
                <w:b/>
                <w:sz w:val="18"/>
              </w:rPr>
            </w:pPr>
          </w:p>
          <w:p w14:paraId="629CDC52" w14:textId="77777777" w:rsidR="00247870" w:rsidRDefault="00247870">
            <w:pPr>
              <w:spacing w:after="0"/>
              <w:rPr>
                <w:b/>
                <w:sz w:val="18"/>
              </w:rPr>
            </w:pPr>
          </w:p>
          <w:p w14:paraId="120CB720" w14:textId="77777777" w:rsidR="00247870" w:rsidRDefault="00247870">
            <w:pPr>
              <w:spacing w:after="0"/>
              <w:rPr>
                <w:b/>
                <w:sz w:val="18"/>
              </w:rPr>
            </w:pPr>
          </w:p>
          <w:p w14:paraId="1FE6D9EF" w14:textId="77777777" w:rsidR="00247870" w:rsidRDefault="00247870">
            <w:pPr>
              <w:spacing w:after="0"/>
              <w:rPr>
                <w:b/>
                <w:sz w:val="18"/>
              </w:rPr>
            </w:pPr>
          </w:p>
          <w:p w14:paraId="1080B3C0" w14:textId="77777777" w:rsidR="00247870" w:rsidRDefault="00247870">
            <w:pPr>
              <w:spacing w:after="0"/>
              <w:rPr>
                <w:b/>
                <w:sz w:val="18"/>
              </w:rPr>
            </w:pPr>
          </w:p>
          <w:p w14:paraId="2A975CFB" w14:textId="77777777" w:rsidR="00247870" w:rsidRDefault="00247870">
            <w:pPr>
              <w:spacing w:after="0"/>
              <w:rPr>
                <w:b/>
                <w:sz w:val="18"/>
              </w:rPr>
            </w:pPr>
          </w:p>
          <w:p w14:paraId="4BA287F1" w14:textId="77777777" w:rsidR="00247870" w:rsidRDefault="00247870">
            <w:pPr>
              <w:spacing w:after="0"/>
              <w:rPr>
                <w:b/>
                <w:sz w:val="18"/>
              </w:rPr>
            </w:pPr>
          </w:p>
          <w:p w14:paraId="58D99361" w14:textId="77777777" w:rsidR="00247870" w:rsidRDefault="00247870">
            <w:pPr>
              <w:spacing w:after="0"/>
              <w:rPr>
                <w:b/>
                <w:sz w:val="18"/>
              </w:rPr>
            </w:pPr>
          </w:p>
          <w:p w14:paraId="1899D5B6" w14:textId="77777777" w:rsidR="00247870" w:rsidRDefault="00247870">
            <w:pPr>
              <w:spacing w:after="0"/>
              <w:rPr>
                <w:b/>
                <w:sz w:val="18"/>
              </w:rPr>
            </w:pPr>
          </w:p>
          <w:p w14:paraId="39BE9BD1" w14:textId="77777777" w:rsidR="00247870" w:rsidRDefault="00247870">
            <w:pPr>
              <w:spacing w:after="0"/>
              <w:rPr>
                <w:b/>
                <w:sz w:val="18"/>
              </w:rPr>
            </w:pPr>
          </w:p>
          <w:p w14:paraId="3C07CA60" w14:textId="77777777" w:rsidR="00247870" w:rsidRDefault="00247870">
            <w:pPr>
              <w:spacing w:after="0"/>
              <w:rPr>
                <w:b/>
                <w:sz w:val="18"/>
              </w:rPr>
            </w:pPr>
          </w:p>
          <w:p w14:paraId="187695AC" w14:textId="77777777" w:rsidR="00247870" w:rsidRDefault="00247870">
            <w:pPr>
              <w:spacing w:after="0"/>
              <w:rPr>
                <w:b/>
                <w:sz w:val="18"/>
              </w:rPr>
            </w:pPr>
          </w:p>
          <w:p w14:paraId="19FE63E3" w14:textId="77777777" w:rsidR="00247870" w:rsidRDefault="00247870">
            <w:pPr>
              <w:spacing w:after="0"/>
              <w:rPr>
                <w:b/>
                <w:sz w:val="18"/>
              </w:rPr>
            </w:pPr>
          </w:p>
          <w:p w14:paraId="012B8DF3" w14:textId="77777777" w:rsidR="00247870" w:rsidRDefault="00247870">
            <w:pPr>
              <w:spacing w:after="0"/>
              <w:rPr>
                <w:b/>
                <w:sz w:val="18"/>
              </w:rPr>
            </w:pPr>
          </w:p>
          <w:p w14:paraId="099A52CF" w14:textId="77777777" w:rsidR="00247870" w:rsidRDefault="00247870">
            <w:pPr>
              <w:spacing w:after="0"/>
              <w:rPr>
                <w:b/>
                <w:sz w:val="18"/>
              </w:rPr>
            </w:pPr>
          </w:p>
          <w:p w14:paraId="20689D5D" w14:textId="77777777" w:rsidR="00247870" w:rsidRDefault="00247870">
            <w:pPr>
              <w:spacing w:after="0"/>
              <w:rPr>
                <w:b/>
                <w:sz w:val="18"/>
              </w:rPr>
            </w:pPr>
          </w:p>
          <w:p w14:paraId="3B7AC9F2" w14:textId="77777777" w:rsidR="00247870" w:rsidRDefault="00247870">
            <w:pPr>
              <w:spacing w:after="0"/>
              <w:rPr>
                <w:b/>
                <w:sz w:val="18"/>
              </w:rPr>
            </w:pPr>
          </w:p>
          <w:p w14:paraId="186F4887" w14:textId="77777777" w:rsidR="00247870" w:rsidRDefault="00247870">
            <w:pPr>
              <w:spacing w:after="0"/>
              <w:rPr>
                <w:b/>
                <w:sz w:val="18"/>
              </w:rPr>
            </w:pPr>
          </w:p>
          <w:p w14:paraId="6ABEA94B" w14:textId="77777777" w:rsidR="00247870" w:rsidRDefault="00247870">
            <w:pPr>
              <w:spacing w:after="0"/>
              <w:rPr>
                <w:b/>
                <w:sz w:val="18"/>
              </w:rPr>
            </w:pPr>
          </w:p>
          <w:p w14:paraId="344CC307" w14:textId="77777777" w:rsidR="00247870" w:rsidRDefault="00247870">
            <w:pPr>
              <w:spacing w:after="0"/>
              <w:rPr>
                <w:b/>
                <w:sz w:val="18"/>
              </w:rPr>
            </w:pPr>
          </w:p>
          <w:p w14:paraId="78BFB300" w14:textId="77777777" w:rsidR="00247870" w:rsidRDefault="00247870">
            <w:pPr>
              <w:spacing w:after="0"/>
            </w:pPr>
          </w:p>
          <w:p w14:paraId="27779D6C" w14:textId="77777777" w:rsidR="00D270D5" w:rsidRDefault="000C5D88">
            <w:pPr>
              <w:spacing w:after="0"/>
            </w:pPr>
            <w:r>
              <w:rPr>
                <w:sz w:val="20"/>
              </w:rPr>
              <w:t> </w:t>
            </w:r>
          </w:p>
        </w:tc>
      </w:tr>
    </w:tbl>
    <w:p w14:paraId="7433B04E" w14:textId="27356FC3" w:rsidR="00D270D5" w:rsidRPr="00BC4741" w:rsidRDefault="000C5D88">
      <w:pPr>
        <w:pStyle w:val="Titolo1"/>
        <w:rPr>
          <w:lang w:val="it-IT"/>
        </w:rPr>
      </w:pPr>
      <w:r w:rsidRPr="00BC4741">
        <w:rPr>
          <w:lang w:val="it-IT"/>
        </w:rPr>
        <w:t xml:space="preserve">2. </w:t>
      </w:r>
      <w:r w:rsidR="009B51D7" w:rsidRPr="009B51D7">
        <w:rPr>
          <w:lang w:val="it-IT"/>
        </w:rPr>
        <w:t>INDICAZIONE DEL BUDGET STIMATO PER LA REALIZZAZIONE DEL PROGETTO</w:t>
      </w:r>
    </w:p>
    <w:p w14:paraId="7DFF9F43" w14:textId="6F1F6F6D" w:rsidR="00D270D5" w:rsidRPr="00BC4741" w:rsidRDefault="00D270D5">
      <w:pPr>
        <w:spacing w:after="80"/>
        <w:jc w:val="both"/>
        <w:rPr>
          <w:lang w:val="it-IT"/>
        </w:rPr>
      </w:pPr>
    </w:p>
    <w:tbl>
      <w:tblPr>
        <w:tblW w:w="9822" w:type="dxa"/>
        <w:jc w:val="center"/>
        <w:tblBorders>
          <w:top w:val="single" w:sz="6" w:space="0" w:color="D9E1E5"/>
          <w:left w:val="single" w:sz="6" w:space="0" w:color="D9E1E5"/>
          <w:bottom w:val="single" w:sz="6" w:space="0" w:color="D9E1E5"/>
          <w:right w:val="single" w:sz="6" w:space="0" w:color="D9E1E5"/>
          <w:insideH w:val="single" w:sz="6" w:space="0" w:color="D9E1E5"/>
          <w:insideV w:val="single" w:sz="6" w:space="0" w:color="D9E1E5"/>
        </w:tblBorders>
        <w:tblLayout w:type="fixed"/>
        <w:tblLook w:val="04A0" w:firstRow="1" w:lastRow="0" w:firstColumn="1" w:lastColumn="0" w:noHBand="0" w:noVBand="1"/>
      </w:tblPr>
      <w:tblGrid>
        <w:gridCol w:w="9822"/>
      </w:tblGrid>
      <w:tr w:rsidR="00247870" w:rsidRPr="003F4F60" w14:paraId="26787A5F" w14:textId="77777777" w:rsidTr="00247870">
        <w:trPr>
          <w:cantSplit/>
          <w:jc w:val="center"/>
        </w:trPr>
        <w:tc>
          <w:tcPr>
            <w:tcW w:w="982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66F972" w14:textId="77777777" w:rsidR="00247870" w:rsidRPr="003F4F60" w:rsidRDefault="00247870">
            <w:pPr>
              <w:spacing w:after="0" w:line="240" w:lineRule="auto"/>
              <w:rPr>
                <w:sz w:val="20"/>
                <w:lang w:val="it-IT"/>
              </w:rPr>
            </w:pPr>
            <w:r w:rsidRPr="003F4F60">
              <w:rPr>
                <w:sz w:val="20"/>
                <w:lang w:val="it-IT"/>
              </w:rPr>
              <w:t> </w:t>
            </w:r>
          </w:p>
          <w:p w14:paraId="6D1CB174" w14:textId="77777777" w:rsidR="00247870" w:rsidRPr="003F4F60" w:rsidRDefault="00247870">
            <w:pPr>
              <w:spacing w:after="0" w:line="240" w:lineRule="auto"/>
              <w:rPr>
                <w:sz w:val="20"/>
                <w:lang w:val="it-IT"/>
              </w:rPr>
            </w:pPr>
          </w:p>
          <w:p w14:paraId="2146CF24" w14:textId="77777777" w:rsidR="009B51D7" w:rsidRPr="003F4F60" w:rsidRDefault="009B51D7">
            <w:pPr>
              <w:spacing w:after="0" w:line="240" w:lineRule="auto"/>
              <w:rPr>
                <w:sz w:val="20"/>
                <w:lang w:val="it-IT"/>
              </w:rPr>
            </w:pPr>
          </w:p>
          <w:p w14:paraId="7B84B7AA" w14:textId="77777777" w:rsidR="009B51D7" w:rsidRPr="003F4F60" w:rsidRDefault="009B51D7">
            <w:pPr>
              <w:spacing w:after="0" w:line="240" w:lineRule="auto"/>
              <w:rPr>
                <w:sz w:val="20"/>
                <w:lang w:val="it-IT"/>
              </w:rPr>
            </w:pPr>
          </w:p>
          <w:p w14:paraId="2CF7988C" w14:textId="77777777" w:rsidR="009B51D7" w:rsidRPr="003F4F60" w:rsidRDefault="009B51D7">
            <w:pPr>
              <w:spacing w:after="0" w:line="240" w:lineRule="auto"/>
              <w:rPr>
                <w:sz w:val="20"/>
                <w:lang w:val="it-IT"/>
              </w:rPr>
            </w:pPr>
          </w:p>
          <w:p w14:paraId="7BB375C7" w14:textId="77777777" w:rsidR="009B51D7" w:rsidRPr="003F4F60" w:rsidRDefault="009B51D7">
            <w:pPr>
              <w:spacing w:after="0" w:line="240" w:lineRule="auto"/>
              <w:rPr>
                <w:sz w:val="20"/>
                <w:lang w:val="it-IT"/>
              </w:rPr>
            </w:pPr>
          </w:p>
          <w:p w14:paraId="3A3F4232" w14:textId="77777777" w:rsidR="009B51D7" w:rsidRPr="003F4F60" w:rsidRDefault="009B51D7">
            <w:pPr>
              <w:spacing w:after="0" w:line="240" w:lineRule="auto"/>
              <w:rPr>
                <w:sz w:val="20"/>
                <w:lang w:val="it-IT"/>
              </w:rPr>
            </w:pPr>
          </w:p>
          <w:p w14:paraId="23A964C1" w14:textId="77777777" w:rsidR="009B51D7" w:rsidRPr="003F4F60" w:rsidRDefault="009B51D7">
            <w:pPr>
              <w:spacing w:after="0" w:line="240" w:lineRule="auto"/>
              <w:rPr>
                <w:sz w:val="20"/>
                <w:lang w:val="it-IT"/>
              </w:rPr>
            </w:pPr>
          </w:p>
          <w:p w14:paraId="5D15207B" w14:textId="77777777" w:rsidR="00247870" w:rsidRPr="003F4F60" w:rsidRDefault="00247870">
            <w:pPr>
              <w:spacing w:after="0" w:line="240" w:lineRule="auto"/>
              <w:rPr>
                <w:sz w:val="20"/>
                <w:lang w:val="it-IT"/>
              </w:rPr>
            </w:pPr>
          </w:p>
          <w:p w14:paraId="66F66891" w14:textId="77777777" w:rsidR="00247870" w:rsidRPr="003F4F60" w:rsidRDefault="00247870">
            <w:pPr>
              <w:spacing w:after="0" w:line="240" w:lineRule="auto"/>
              <w:rPr>
                <w:sz w:val="20"/>
                <w:lang w:val="it-IT"/>
              </w:rPr>
            </w:pPr>
          </w:p>
          <w:p w14:paraId="235E32E7" w14:textId="77777777" w:rsidR="00247870" w:rsidRPr="003F4F60" w:rsidRDefault="00247870">
            <w:pPr>
              <w:spacing w:after="0" w:line="240" w:lineRule="auto"/>
              <w:rPr>
                <w:lang w:val="it-IT"/>
              </w:rPr>
            </w:pPr>
          </w:p>
        </w:tc>
      </w:tr>
    </w:tbl>
    <w:p w14:paraId="7F417764" w14:textId="77777777" w:rsidR="009B51D7" w:rsidRDefault="009B51D7">
      <w:pPr>
        <w:pStyle w:val="Titolo1"/>
        <w:rPr>
          <w:lang w:val="it-IT"/>
        </w:rPr>
      </w:pPr>
    </w:p>
    <w:p w14:paraId="24F7E284" w14:textId="77777777" w:rsidR="009B51D7" w:rsidRDefault="009B51D7">
      <w:pPr>
        <w:pStyle w:val="Titolo1"/>
        <w:rPr>
          <w:lang w:val="it-IT"/>
        </w:rPr>
      </w:pPr>
    </w:p>
    <w:p w14:paraId="763F2AE2" w14:textId="77777777" w:rsidR="009B51D7" w:rsidRPr="009B51D7" w:rsidRDefault="009B51D7" w:rsidP="009B51D7">
      <w:pPr>
        <w:rPr>
          <w:lang w:val="it-IT"/>
        </w:rPr>
      </w:pPr>
    </w:p>
    <w:p w14:paraId="75AA798D" w14:textId="1BEF8817" w:rsidR="00D270D5" w:rsidRPr="003F4F60" w:rsidRDefault="000C5D88">
      <w:pPr>
        <w:pStyle w:val="Titolo1"/>
        <w:rPr>
          <w:rFonts w:ascii="Arial" w:eastAsia="Arial" w:hAnsi="Arial" w:cs="Arial"/>
          <w:color w:val="000000"/>
          <w:sz w:val="24"/>
          <w:szCs w:val="24"/>
          <w:lang w:val="it-IT"/>
        </w:rPr>
      </w:pPr>
      <w:r w:rsidRPr="00BC4741">
        <w:rPr>
          <w:lang w:val="it-IT"/>
        </w:rPr>
        <w:lastRenderedPageBreak/>
        <w:t>3</w:t>
      </w:r>
      <w:r w:rsidR="009B51D7" w:rsidRPr="00BC4741">
        <w:rPr>
          <w:lang w:val="it-IT"/>
        </w:rPr>
        <w:t xml:space="preserve">. </w:t>
      </w:r>
      <w:r w:rsidR="009B51D7" w:rsidRPr="009B51D7">
        <w:rPr>
          <w:lang w:val="it-IT"/>
        </w:rPr>
        <w:t>INDICAZIONE DEGLI STRUMENTI DI INTELLIGENZA ARTIFICIALE UTILIZZATI, DELLE FASI E MODALITÀ DEL LORO IMPIEGO E DEL CONTRIBUTO UMANO</w:t>
      </w:r>
    </w:p>
    <w:p w14:paraId="51CA8524" w14:textId="77777777" w:rsidR="009B51D7" w:rsidRPr="00BC4741" w:rsidRDefault="009B51D7" w:rsidP="009B51D7">
      <w:pPr>
        <w:spacing w:after="80"/>
        <w:jc w:val="both"/>
        <w:rPr>
          <w:lang w:val="it-IT"/>
        </w:rPr>
      </w:pPr>
    </w:p>
    <w:tbl>
      <w:tblPr>
        <w:tblW w:w="9822" w:type="dxa"/>
        <w:jc w:val="center"/>
        <w:tblBorders>
          <w:top w:val="single" w:sz="6" w:space="0" w:color="D9E1E5"/>
          <w:left w:val="single" w:sz="6" w:space="0" w:color="D9E1E5"/>
          <w:bottom w:val="single" w:sz="6" w:space="0" w:color="D9E1E5"/>
          <w:right w:val="single" w:sz="6" w:space="0" w:color="D9E1E5"/>
          <w:insideH w:val="single" w:sz="6" w:space="0" w:color="D9E1E5"/>
          <w:insideV w:val="single" w:sz="6" w:space="0" w:color="D9E1E5"/>
        </w:tblBorders>
        <w:tblLayout w:type="fixed"/>
        <w:tblLook w:val="04A0" w:firstRow="1" w:lastRow="0" w:firstColumn="1" w:lastColumn="0" w:noHBand="0" w:noVBand="1"/>
      </w:tblPr>
      <w:tblGrid>
        <w:gridCol w:w="9822"/>
      </w:tblGrid>
      <w:tr w:rsidR="009B51D7" w:rsidRPr="003F4F60" w14:paraId="0875D706" w14:textId="77777777" w:rsidTr="00DD4820">
        <w:trPr>
          <w:cantSplit/>
          <w:jc w:val="center"/>
        </w:trPr>
        <w:tc>
          <w:tcPr>
            <w:tcW w:w="982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628C3E" w14:textId="77777777" w:rsidR="009B51D7" w:rsidRPr="003F4F60" w:rsidRDefault="009B51D7" w:rsidP="00DD4820">
            <w:pPr>
              <w:spacing w:after="0" w:line="240" w:lineRule="auto"/>
              <w:rPr>
                <w:sz w:val="20"/>
                <w:lang w:val="it-IT"/>
              </w:rPr>
            </w:pPr>
            <w:r w:rsidRPr="003F4F60">
              <w:rPr>
                <w:sz w:val="20"/>
                <w:lang w:val="it-IT"/>
              </w:rPr>
              <w:t> </w:t>
            </w:r>
          </w:p>
          <w:p w14:paraId="1CAB2262" w14:textId="77777777" w:rsidR="009B51D7" w:rsidRPr="003F4F60" w:rsidRDefault="009B51D7" w:rsidP="00DD4820">
            <w:pPr>
              <w:spacing w:after="0" w:line="240" w:lineRule="auto"/>
              <w:rPr>
                <w:sz w:val="20"/>
                <w:lang w:val="it-IT"/>
              </w:rPr>
            </w:pPr>
          </w:p>
          <w:p w14:paraId="6C52C6BE" w14:textId="77777777" w:rsidR="009B51D7" w:rsidRPr="003F4F60" w:rsidRDefault="009B51D7" w:rsidP="00DD4820">
            <w:pPr>
              <w:spacing w:after="0" w:line="240" w:lineRule="auto"/>
              <w:rPr>
                <w:sz w:val="20"/>
                <w:lang w:val="it-IT"/>
              </w:rPr>
            </w:pPr>
          </w:p>
          <w:p w14:paraId="3F6B04FC" w14:textId="77777777" w:rsidR="009B51D7" w:rsidRPr="003F4F60" w:rsidRDefault="009B51D7" w:rsidP="00DD4820">
            <w:pPr>
              <w:spacing w:after="0" w:line="240" w:lineRule="auto"/>
              <w:rPr>
                <w:sz w:val="20"/>
                <w:lang w:val="it-IT"/>
              </w:rPr>
            </w:pPr>
          </w:p>
          <w:p w14:paraId="45AD7855" w14:textId="77777777" w:rsidR="009B51D7" w:rsidRPr="003F4F60" w:rsidRDefault="009B51D7" w:rsidP="00DD4820">
            <w:pPr>
              <w:spacing w:after="0" w:line="240" w:lineRule="auto"/>
              <w:rPr>
                <w:sz w:val="20"/>
                <w:lang w:val="it-IT"/>
              </w:rPr>
            </w:pPr>
          </w:p>
          <w:p w14:paraId="0C6C7293" w14:textId="77777777" w:rsidR="009B51D7" w:rsidRPr="003F4F60" w:rsidRDefault="009B51D7" w:rsidP="00DD4820">
            <w:pPr>
              <w:spacing w:after="0" w:line="240" w:lineRule="auto"/>
              <w:rPr>
                <w:sz w:val="20"/>
                <w:lang w:val="it-IT"/>
              </w:rPr>
            </w:pPr>
          </w:p>
          <w:p w14:paraId="7D899F7A" w14:textId="77777777" w:rsidR="009B51D7" w:rsidRPr="003F4F60" w:rsidRDefault="009B51D7" w:rsidP="00DD4820">
            <w:pPr>
              <w:spacing w:after="0" w:line="240" w:lineRule="auto"/>
              <w:rPr>
                <w:sz w:val="20"/>
                <w:lang w:val="it-IT"/>
              </w:rPr>
            </w:pPr>
          </w:p>
          <w:p w14:paraId="64EFB8D3" w14:textId="77777777" w:rsidR="009B51D7" w:rsidRPr="003F4F60" w:rsidRDefault="009B51D7" w:rsidP="00DD4820">
            <w:pPr>
              <w:spacing w:after="0" w:line="240" w:lineRule="auto"/>
              <w:rPr>
                <w:sz w:val="20"/>
                <w:lang w:val="it-IT"/>
              </w:rPr>
            </w:pPr>
          </w:p>
          <w:p w14:paraId="18C790B2" w14:textId="77777777" w:rsidR="009B51D7" w:rsidRPr="003F4F60" w:rsidRDefault="009B51D7" w:rsidP="00DD4820">
            <w:pPr>
              <w:spacing w:after="0" w:line="240" w:lineRule="auto"/>
              <w:rPr>
                <w:sz w:val="20"/>
                <w:lang w:val="it-IT"/>
              </w:rPr>
            </w:pPr>
          </w:p>
          <w:p w14:paraId="0CFEAB77" w14:textId="77777777" w:rsidR="009B51D7" w:rsidRPr="003F4F60" w:rsidRDefault="009B51D7" w:rsidP="00DD4820">
            <w:pPr>
              <w:spacing w:after="0" w:line="240" w:lineRule="auto"/>
              <w:rPr>
                <w:sz w:val="20"/>
                <w:lang w:val="it-IT"/>
              </w:rPr>
            </w:pPr>
          </w:p>
          <w:p w14:paraId="4C7CE716" w14:textId="77777777" w:rsidR="009B51D7" w:rsidRPr="003F4F60" w:rsidRDefault="009B51D7" w:rsidP="00DD4820">
            <w:pPr>
              <w:spacing w:after="0" w:line="240" w:lineRule="auto"/>
              <w:rPr>
                <w:sz w:val="20"/>
                <w:lang w:val="it-IT"/>
              </w:rPr>
            </w:pPr>
          </w:p>
          <w:p w14:paraId="74A89B97" w14:textId="77777777" w:rsidR="009B51D7" w:rsidRPr="003F4F60" w:rsidRDefault="009B51D7" w:rsidP="00DD4820">
            <w:pPr>
              <w:spacing w:after="0" w:line="240" w:lineRule="auto"/>
              <w:rPr>
                <w:sz w:val="20"/>
                <w:lang w:val="it-IT"/>
              </w:rPr>
            </w:pPr>
          </w:p>
          <w:p w14:paraId="75C62314" w14:textId="77777777" w:rsidR="009B51D7" w:rsidRPr="003F4F60" w:rsidRDefault="009B51D7" w:rsidP="00DD4820">
            <w:pPr>
              <w:spacing w:after="0" w:line="240" w:lineRule="auto"/>
              <w:rPr>
                <w:sz w:val="20"/>
                <w:lang w:val="it-IT"/>
              </w:rPr>
            </w:pPr>
          </w:p>
          <w:p w14:paraId="293FF8A9" w14:textId="77777777" w:rsidR="009B51D7" w:rsidRPr="003F4F60" w:rsidRDefault="009B51D7" w:rsidP="00DD4820">
            <w:pPr>
              <w:spacing w:after="0" w:line="240" w:lineRule="auto"/>
              <w:rPr>
                <w:sz w:val="20"/>
                <w:lang w:val="it-IT"/>
              </w:rPr>
            </w:pPr>
          </w:p>
          <w:p w14:paraId="463094C6" w14:textId="77777777" w:rsidR="009B51D7" w:rsidRPr="003F4F60" w:rsidRDefault="009B51D7" w:rsidP="00DD4820">
            <w:pPr>
              <w:spacing w:after="0" w:line="240" w:lineRule="auto"/>
              <w:rPr>
                <w:sz w:val="20"/>
                <w:lang w:val="it-IT"/>
              </w:rPr>
            </w:pPr>
          </w:p>
          <w:p w14:paraId="3E9F4941" w14:textId="77777777" w:rsidR="009B51D7" w:rsidRPr="003F4F60" w:rsidRDefault="009B51D7" w:rsidP="00DD4820">
            <w:pPr>
              <w:spacing w:after="0" w:line="240" w:lineRule="auto"/>
              <w:rPr>
                <w:sz w:val="20"/>
                <w:lang w:val="it-IT"/>
              </w:rPr>
            </w:pPr>
          </w:p>
          <w:p w14:paraId="04B1550F" w14:textId="77777777" w:rsidR="009B51D7" w:rsidRPr="003F4F60" w:rsidRDefault="009B51D7" w:rsidP="00DD4820">
            <w:pPr>
              <w:spacing w:after="0" w:line="240" w:lineRule="auto"/>
              <w:rPr>
                <w:lang w:val="it-IT"/>
              </w:rPr>
            </w:pPr>
          </w:p>
          <w:p w14:paraId="2EC8EE49" w14:textId="77777777" w:rsidR="009B51D7" w:rsidRPr="003F4F60" w:rsidRDefault="009B51D7" w:rsidP="00DD4820">
            <w:pPr>
              <w:spacing w:after="0" w:line="240" w:lineRule="auto"/>
              <w:rPr>
                <w:lang w:val="it-IT"/>
              </w:rPr>
            </w:pPr>
          </w:p>
          <w:p w14:paraId="1FF49DF1" w14:textId="77777777" w:rsidR="009B51D7" w:rsidRPr="003F4F60" w:rsidRDefault="009B51D7" w:rsidP="00DD4820">
            <w:pPr>
              <w:spacing w:after="0" w:line="240" w:lineRule="auto"/>
              <w:rPr>
                <w:lang w:val="it-IT"/>
              </w:rPr>
            </w:pPr>
          </w:p>
          <w:p w14:paraId="0ECD78F1" w14:textId="77777777" w:rsidR="009B51D7" w:rsidRPr="003F4F60" w:rsidRDefault="009B51D7" w:rsidP="00DD4820">
            <w:pPr>
              <w:spacing w:after="0" w:line="240" w:lineRule="auto"/>
              <w:rPr>
                <w:lang w:val="it-IT"/>
              </w:rPr>
            </w:pPr>
          </w:p>
          <w:p w14:paraId="11BB5A3D" w14:textId="77777777" w:rsidR="009B51D7" w:rsidRPr="003F4F60" w:rsidRDefault="009B51D7" w:rsidP="00DD4820">
            <w:pPr>
              <w:spacing w:after="0" w:line="240" w:lineRule="auto"/>
              <w:rPr>
                <w:lang w:val="it-IT"/>
              </w:rPr>
            </w:pPr>
          </w:p>
          <w:p w14:paraId="142AFCA6" w14:textId="77777777" w:rsidR="009B51D7" w:rsidRPr="003F4F60" w:rsidRDefault="009B51D7" w:rsidP="00DD4820">
            <w:pPr>
              <w:spacing w:after="0" w:line="240" w:lineRule="auto"/>
              <w:rPr>
                <w:lang w:val="it-IT"/>
              </w:rPr>
            </w:pPr>
          </w:p>
          <w:p w14:paraId="7FCA218B" w14:textId="77777777" w:rsidR="009B51D7" w:rsidRPr="003F4F60" w:rsidRDefault="009B51D7" w:rsidP="00DD4820">
            <w:pPr>
              <w:spacing w:after="0" w:line="240" w:lineRule="auto"/>
              <w:rPr>
                <w:lang w:val="it-IT"/>
              </w:rPr>
            </w:pPr>
          </w:p>
        </w:tc>
      </w:tr>
    </w:tbl>
    <w:p w14:paraId="1C01E9E2" w14:textId="77777777" w:rsidR="00716E86" w:rsidRPr="003F4F60" w:rsidRDefault="00716E86">
      <w:pPr>
        <w:pStyle w:val="Titolo1"/>
        <w:spacing w:before="0"/>
        <w:rPr>
          <w:lang w:val="it-IT"/>
        </w:rPr>
      </w:pPr>
    </w:p>
    <w:p w14:paraId="24C79E88" w14:textId="77777777" w:rsidR="00716E86" w:rsidRPr="003F4F60" w:rsidRDefault="00716E86">
      <w:pPr>
        <w:pStyle w:val="Titolo1"/>
        <w:spacing w:before="0"/>
        <w:rPr>
          <w:lang w:val="it-IT"/>
        </w:rPr>
      </w:pPr>
    </w:p>
    <w:p w14:paraId="4401D5B4" w14:textId="3565900F" w:rsidR="00D270D5" w:rsidRPr="003F4F60" w:rsidRDefault="000C5D88">
      <w:pPr>
        <w:pStyle w:val="Titolo1"/>
        <w:spacing w:before="0"/>
        <w:rPr>
          <w:lang w:val="it-IT"/>
        </w:rPr>
      </w:pPr>
      <w:r w:rsidRPr="003F4F60">
        <w:rPr>
          <w:lang w:val="it-IT"/>
        </w:rPr>
        <w:t xml:space="preserve">4. </w:t>
      </w:r>
      <w:r w:rsidR="009B51D7" w:rsidRPr="009B51D7">
        <w:rPr>
          <w:lang w:val="it-IT"/>
        </w:rPr>
        <w:t>INVIARE IN ALLEGATO UNO O PIÙ MATERIALI UTILI A COMPRENDERE IL PROGETTO, QUALI IMMAGINI, PRESENTAZIONE, VIDEO, MOCKUP, PROTOTIPO, DEMO O LINK</w:t>
      </w:r>
    </w:p>
    <w:sectPr w:rsidR="00D270D5" w:rsidRPr="003F4F60" w:rsidSect="00034616">
      <w:headerReference w:type="default" r:id="rId10"/>
      <w:footerReference w:type="default" r:id="rId11"/>
      <w:pgSz w:w="11906" w:h="16838"/>
      <w:pgMar w:top="879" w:right="992" w:bottom="822" w:left="992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115BA" w14:textId="77777777" w:rsidR="00BC3806" w:rsidRDefault="00BC3806">
      <w:pPr>
        <w:spacing w:after="0" w:line="240" w:lineRule="auto"/>
      </w:pPr>
      <w:r>
        <w:separator/>
      </w:r>
    </w:p>
  </w:endnote>
  <w:endnote w:type="continuationSeparator" w:id="0">
    <w:p w14:paraId="3F2E7189" w14:textId="77777777" w:rsidR="00BC3806" w:rsidRDefault="00BC3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08AE3" w14:textId="50F13E45" w:rsidR="00D270D5" w:rsidRDefault="000C5D88">
    <w:pPr>
      <w:pStyle w:val="Pidipagina"/>
      <w:jc w:val="center"/>
    </w:pPr>
    <w:r>
      <w:rPr>
        <w:color w:val="646E76"/>
        <w:sz w:val="15"/>
      </w:rPr>
      <w:t xml:space="preserve">ADE </w:t>
    </w:r>
    <w:proofErr w:type="gramStart"/>
    <w:r>
      <w:rPr>
        <w:color w:val="646E76"/>
        <w:sz w:val="15"/>
      </w:rPr>
      <w:t>2026  |</w:t>
    </w:r>
    <w:proofErr w:type="gramEnd"/>
    <w:r>
      <w:rPr>
        <w:color w:val="646E76"/>
        <w:sz w:val="15"/>
      </w:rPr>
      <w:t xml:space="preserve">  </w:t>
    </w:r>
    <w:proofErr w:type="spellStart"/>
    <w:r>
      <w:rPr>
        <w:color w:val="646E76"/>
        <w:sz w:val="15"/>
      </w:rPr>
      <w:t>Scheda</w:t>
    </w:r>
    <w:proofErr w:type="spellEnd"/>
    <w:r>
      <w:rPr>
        <w:color w:val="646E76"/>
        <w:sz w:val="15"/>
      </w:rPr>
      <w:t xml:space="preserve"> di </w:t>
    </w:r>
    <w:proofErr w:type="spellStart"/>
    <w:proofErr w:type="gramStart"/>
    <w:r>
      <w:rPr>
        <w:color w:val="646E76"/>
        <w:sz w:val="15"/>
      </w:rPr>
      <w:t>iscrizione</w:t>
    </w:r>
    <w:proofErr w:type="spellEnd"/>
    <w:r>
      <w:rPr>
        <w:color w:val="646E76"/>
        <w:sz w:val="15"/>
      </w:rPr>
      <w:t xml:space="preserve">  |</w:t>
    </w:r>
    <w:proofErr w:type="gramEnd"/>
    <w:r>
      <w:rPr>
        <w:color w:val="646E76"/>
        <w:sz w:val="15"/>
      </w:rPr>
      <w:t xml:space="preserve">  </w:t>
    </w:r>
    <w:proofErr w:type="spellStart"/>
    <w:r>
      <w:rPr>
        <w:color w:val="646E76"/>
        <w:sz w:val="15"/>
      </w:rPr>
      <w:t>Pagina</w:t>
    </w:r>
    <w:proofErr w:type="spellEnd"/>
    <w:r>
      <w:rPr>
        <w:color w:val="646E76"/>
        <w:sz w:val="15"/>
      </w:rPr>
      <w:t xml:space="preserve"> </w:t>
    </w:r>
    <w:r>
      <w:rPr>
        <w:color w:val="646E76"/>
        <w:sz w:val="15"/>
      </w:rPr>
      <w:fldChar w:fldCharType="begin"/>
    </w:r>
    <w:r>
      <w:rPr>
        <w:color w:val="646E76"/>
        <w:sz w:val="15"/>
      </w:rPr>
      <w:instrText xml:space="preserve"> PAGE </w:instrText>
    </w:r>
    <w:r>
      <w:rPr>
        <w:color w:val="646E76"/>
        <w:sz w:val="15"/>
      </w:rPr>
      <w:fldChar w:fldCharType="separate"/>
    </w:r>
    <w:r w:rsidR="00BC4741">
      <w:rPr>
        <w:noProof/>
        <w:color w:val="646E76"/>
        <w:sz w:val="15"/>
      </w:rPr>
      <w:t>1</w:t>
    </w:r>
    <w:r>
      <w:rPr>
        <w:color w:val="646E76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40645" w14:textId="77777777" w:rsidR="00BC3806" w:rsidRDefault="00BC3806">
      <w:pPr>
        <w:spacing w:after="0" w:line="240" w:lineRule="auto"/>
      </w:pPr>
      <w:r>
        <w:separator/>
      </w:r>
    </w:p>
  </w:footnote>
  <w:footnote w:type="continuationSeparator" w:id="0">
    <w:p w14:paraId="00DA0DB1" w14:textId="77777777" w:rsidR="00BC3806" w:rsidRDefault="00BC3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B1037" w14:textId="77777777" w:rsidR="00D270D5" w:rsidRDefault="000C5D88">
    <w:pPr>
      <w:pStyle w:val="Intestazione"/>
      <w:jc w:val="right"/>
    </w:pPr>
    <w:r>
      <w:rPr>
        <w:b/>
        <w:color w:val="0066A1"/>
        <w:sz w:val="15"/>
      </w:rPr>
      <w:t>APULIA DIGITAL EXPERIENCE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6536029">
    <w:abstractNumId w:val="8"/>
  </w:num>
  <w:num w:numId="2" w16cid:durableId="1571233757">
    <w:abstractNumId w:val="6"/>
  </w:num>
  <w:num w:numId="3" w16cid:durableId="1362047253">
    <w:abstractNumId w:val="5"/>
  </w:num>
  <w:num w:numId="4" w16cid:durableId="1502772479">
    <w:abstractNumId w:val="4"/>
  </w:num>
  <w:num w:numId="5" w16cid:durableId="580915394">
    <w:abstractNumId w:val="7"/>
  </w:num>
  <w:num w:numId="6" w16cid:durableId="157773973">
    <w:abstractNumId w:val="3"/>
  </w:num>
  <w:num w:numId="7" w16cid:durableId="1008404648">
    <w:abstractNumId w:val="2"/>
  </w:num>
  <w:num w:numId="8" w16cid:durableId="807013907">
    <w:abstractNumId w:val="1"/>
  </w:num>
  <w:num w:numId="9" w16cid:durableId="1888254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3E0"/>
    <w:rsid w:val="00034616"/>
    <w:rsid w:val="0006063C"/>
    <w:rsid w:val="000C5D88"/>
    <w:rsid w:val="000D17DB"/>
    <w:rsid w:val="000F30FF"/>
    <w:rsid w:val="0015074B"/>
    <w:rsid w:val="001C2C2E"/>
    <w:rsid w:val="001D0C84"/>
    <w:rsid w:val="00247870"/>
    <w:rsid w:val="0029639D"/>
    <w:rsid w:val="002E0DC6"/>
    <w:rsid w:val="00326F90"/>
    <w:rsid w:val="003F1827"/>
    <w:rsid w:val="003F4F60"/>
    <w:rsid w:val="004111A2"/>
    <w:rsid w:val="00527595"/>
    <w:rsid w:val="005515CA"/>
    <w:rsid w:val="00572037"/>
    <w:rsid w:val="005B31D8"/>
    <w:rsid w:val="00633C17"/>
    <w:rsid w:val="00716E86"/>
    <w:rsid w:val="007642B7"/>
    <w:rsid w:val="00852F79"/>
    <w:rsid w:val="00890927"/>
    <w:rsid w:val="008F134C"/>
    <w:rsid w:val="009B51D7"/>
    <w:rsid w:val="00A32B8E"/>
    <w:rsid w:val="00AA1D8D"/>
    <w:rsid w:val="00B47730"/>
    <w:rsid w:val="00BC3806"/>
    <w:rsid w:val="00BC4741"/>
    <w:rsid w:val="00CB0664"/>
    <w:rsid w:val="00D270D5"/>
    <w:rsid w:val="00ED7D56"/>
    <w:rsid w:val="00F91F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89578228-B5D0-4BFE-A577-F5A707E70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59" w:lineRule="auto"/>
    </w:pPr>
    <w:rPr>
      <w:rFonts w:ascii="Arial" w:eastAsia="Arial" w:hAnsi="Arial"/>
      <w:color w:val="1F2A33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0066A1"/>
      <w:sz w:val="25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/>
      <w:b/>
      <w:color w:val="0066A1"/>
      <w:spacing w:val="5"/>
      <w:kern w:val="28"/>
      <w:sz w:val="4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e">
    <w:name w:val="Revision"/>
    <w:hidden/>
    <w:uiPriority w:val="99"/>
    <w:semiHidden/>
    <w:rsid w:val="00BC4741"/>
    <w:pPr>
      <w:spacing w:after="0" w:line="240" w:lineRule="auto"/>
    </w:pPr>
    <w:rPr>
      <w:rFonts w:ascii="Arial" w:eastAsia="Arial" w:hAnsi="Arial"/>
      <w:color w:val="1F2A33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uliadigitalexperience@rai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raicom.rai.it/ade-iscrizione-al-concors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162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Scheda di iscrizione Concorso Intelligenza Artificiale ADE 2026</vt:lpstr>
      <vt:lpstr/>
    </vt:vector>
  </TitlesOfParts>
  <Manager/>
  <Company/>
  <LinksUpToDate>false</LinksUpToDate>
  <CharactersWithSpaces>1088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iscrizione Concorso Intelligenza Artificiale ADE 2026</dc:title>
  <dc:subject>Scheda semplificata con firma unica del referente del progetto</dc:subject>
  <dc:creator>Apulia Digital Experience</dc:creator>
  <cp:keywords>ADE 2026, intelligenza artificiale, concorso, iscrizione</cp:keywords>
  <dc:description>generated by python-docx</dc:description>
  <cp:lastModifiedBy>Sargentoni Shania</cp:lastModifiedBy>
  <cp:revision>7</cp:revision>
  <dcterms:created xsi:type="dcterms:W3CDTF">2026-10-05T15:06:00Z</dcterms:created>
  <dcterms:modified xsi:type="dcterms:W3CDTF">2026-11-03T19:19:00Z</dcterms:modified>
  <cp:category/>
</cp:coreProperties>
</file>