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9318" w14:textId="77777777" w:rsidR="00D270D5" w:rsidRPr="00BC4741" w:rsidRDefault="000C5D88">
      <w:pPr>
        <w:pStyle w:val="Titolo"/>
        <w:jc w:val="center"/>
        <w:rPr>
          <w:lang w:val="it-IT"/>
        </w:rPr>
      </w:pPr>
      <w:r w:rsidRPr="00BC4741">
        <w:rPr>
          <w:lang w:val="it-IT"/>
        </w:rPr>
        <w:t>SCHEDA DI ISCRIZIONE</w:t>
      </w:r>
    </w:p>
    <w:p w14:paraId="46DC292C" w14:textId="7136D495" w:rsidR="007053DA" w:rsidRPr="007053DA" w:rsidRDefault="000C5D88" w:rsidP="007053DA">
      <w:pPr>
        <w:spacing w:after="20"/>
        <w:jc w:val="center"/>
        <w:rPr>
          <w:b/>
          <w:sz w:val="28"/>
          <w:lang w:val="it-IT"/>
        </w:rPr>
      </w:pPr>
      <w:r w:rsidRPr="00BC4741">
        <w:rPr>
          <w:b/>
          <w:sz w:val="28"/>
          <w:lang w:val="it-IT"/>
        </w:rPr>
        <w:t xml:space="preserve">Concorso </w:t>
      </w:r>
      <w:r w:rsidR="007053DA">
        <w:rPr>
          <w:b/>
          <w:sz w:val="28"/>
          <w:lang w:val="it-IT"/>
        </w:rPr>
        <w:t>“</w:t>
      </w:r>
      <w:r w:rsidR="007053DA" w:rsidRPr="007053DA">
        <w:rPr>
          <w:b/>
          <w:sz w:val="28"/>
          <w:lang w:val="it-IT"/>
        </w:rPr>
        <w:t>Raccontare la Puglia con l’intelligenza artificiale</w:t>
      </w:r>
      <w:r w:rsidR="007053DA">
        <w:rPr>
          <w:b/>
          <w:sz w:val="28"/>
          <w:lang w:val="it-IT"/>
        </w:rPr>
        <w:t>”</w:t>
      </w:r>
    </w:p>
    <w:p w14:paraId="0DB700D3" w14:textId="072469B6" w:rsidR="00D270D5" w:rsidRPr="00BC4741" w:rsidRDefault="000C5D88">
      <w:pPr>
        <w:spacing w:after="20"/>
        <w:jc w:val="center"/>
        <w:rPr>
          <w:lang w:val="it-IT"/>
        </w:rPr>
      </w:pPr>
      <w:r w:rsidRPr="00BC4741">
        <w:rPr>
          <w:b/>
          <w:sz w:val="28"/>
          <w:lang w:val="it-IT"/>
        </w:rPr>
        <w:t>ADE 2026</w:t>
      </w:r>
    </w:p>
    <w:p w14:paraId="40A750DB" w14:textId="77777777" w:rsidR="00D270D5" w:rsidRPr="00BC4741" w:rsidRDefault="000C5D88">
      <w:pPr>
        <w:spacing w:after="140"/>
        <w:jc w:val="center"/>
        <w:rPr>
          <w:lang w:val="it-IT"/>
        </w:rPr>
      </w:pPr>
      <w:r w:rsidRPr="00BC4741">
        <w:rPr>
          <w:i/>
          <w:color w:val="555F67"/>
          <w:lang w:val="it-IT"/>
        </w:rPr>
        <w:t>Terza edizione di Apulia Digital Experience · Bari, 11–13 dicembre 2026</w:t>
      </w:r>
    </w:p>
    <w:tbl>
      <w:tblPr>
        <w:tblW w:w="0" w:type="auto"/>
        <w:jc w:val="center"/>
        <w:tblBorders>
          <w:top w:val="single" w:sz="8" w:space="0" w:color="0066A1"/>
          <w:left w:val="single" w:sz="8" w:space="0" w:color="0066A1"/>
          <w:bottom w:val="single" w:sz="8" w:space="0" w:color="0066A1"/>
          <w:right w:val="single" w:sz="8" w:space="0" w:color="0066A1"/>
          <w:insideH w:val="single" w:sz="8" w:space="0" w:color="0066A1"/>
          <w:insideV w:val="single" w:sz="8" w:space="0" w:color="0066A1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D270D5" w14:paraId="39C85DA5" w14:textId="77777777">
        <w:trPr>
          <w:jc w:val="center"/>
        </w:trPr>
        <w:tc>
          <w:tcPr>
            <w:tcW w:w="9922" w:type="dxa"/>
            <w:shd w:val="clear" w:color="auto" w:fill="EAF3F8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DD5AFDB" w14:textId="746BADC4" w:rsidR="00D270D5" w:rsidRDefault="000C5D88">
            <w:pPr>
              <w:spacing w:after="0"/>
              <w:jc w:val="center"/>
            </w:pPr>
            <w:r>
              <w:rPr>
                <w:b/>
                <w:color w:val="0066A1"/>
                <w:sz w:val="21"/>
              </w:rPr>
              <w:t>TERMINE PER L’ISCRIZIONE: 2</w:t>
            </w:r>
            <w:r w:rsidR="002011F7">
              <w:rPr>
                <w:b/>
                <w:color w:val="0066A1"/>
                <w:sz w:val="21"/>
              </w:rPr>
              <w:t>7</w:t>
            </w:r>
            <w:r>
              <w:rPr>
                <w:b/>
                <w:color w:val="0066A1"/>
                <w:sz w:val="21"/>
              </w:rPr>
              <w:t xml:space="preserve"> NOVEMBRE 2026</w:t>
            </w:r>
          </w:p>
        </w:tc>
      </w:tr>
    </w:tbl>
    <w:p w14:paraId="56BD4ACC" w14:textId="39D2B869" w:rsidR="00D270D5" w:rsidRPr="00BC4741" w:rsidRDefault="000C5D88">
      <w:pPr>
        <w:spacing w:before="140" w:after="40"/>
        <w:jc w:val="both"/>
        <w:rPr>
          <w:lang w:val="it-IT"/>
        </w:rPr>
      </w:pPr>
      <w:r w:rsidRPr="00BC4741">
        <w:rPr>
          <w:sz w:val="18"/>
          <w:lang w:val="it-IT"/>
        </w:rPr>
        <w:t>La presente Scheda, compilata in tutti i campi pertinenti e obbligatori e firmata dal referente del progetto, deve essere inviata entro il 2</w:t>
      </w:r>
      <w:r w:rsidR="002011F7">
        <w:rPr>
          <w:sz w:val="18"/>
          <w:lang w:val="it-IT"/>
        </w:rPr>
        <w:t>7</w:t>
      </w:r>
      <w:r w:rsidRPr="00BC4741">
        <w:rPr>
          <w:sz w:val="18"/>
          <w:lang w:val="it-IT"/>
        </w:rPr>
        <w:t xml:space="preserve"> novembre 2026 a </w:t>
      </w:r>
      <w:hyperlink r:id="rId8">
        <w:r w:rsidRPr="00BC4741">
          <w:rPr>
            <w:color w:val="0066A1"/>
            <w:u w:val="single"/>
            <w:lang w:val="it-IT"/>
          </w:rPr>
          <w:t>apuliadigitalexperience@rai.it</w:t>
        </w:r>
      </w:hyperlink>
      <w:r w:rsidRPr="00BC4741">
        <w:rPr>
          <w:sz w:val="18"/>
          <w:lang w:val="it-IT"/>
        </w:rPr>
        <w:t xml:space="preserve">. Entro lo stesso termine deve essere compilato il Form online disponibile alla pagina </w:t>
      </w:r>
      <w:hyperlink r:id="rId9">
        <w:r w:rsidRPr="00BC4741">
          <w:rPr>
            <w:color w:val="0066A1"/>
            <w:u w:val="single"/>
            <w:lang w:val="it-IT"/>
          </w:rPr>
          <w:t>www.raicom.rai.it/ade-iscrizione-al-concorso/</w:t>
        </w:r>
      </w:hyperlink>
      <w:r w:rsidRPr="00BC4741">
        <w:rPr>
          <w:sz w:val="18"/>
          <w:lang w:val="it-IT"/>
        </w:rPr>
        <w:t>, inserendo le informazioni e i materiali richiesti dal Regolamento.</w:t>
      </w:r>
    </w:p>
    <w:p w14:paraId="36EB555E" w14:textId="77777777" w:rsidR="00D270D5" w:rsidRPr="00BC4741" w:rsidRDefault="000C5D88">
      <w:pPr>
        <w:spacing w:after="20"/>
        <w:rPr>
          <w:lang w:val="it-IT"/>
        </w:rPr>
      </w:pPr>
      <w:r w:rsidRPr="00BC4741">
        <w:rPr>
          <w:i/>
          <w:color w:val="555F67"/>
          <w:sz w:val="17"/>
          <w:lang w:val="it-IT"/>
        </w:rPr>
        <w:t>I campi contrassegnati con * sono obbligatori.</w:t>
      </w:r>
    </w:p>
    <w:p w14:paraId="7D36C824" w14:textId="77777777" w:rsidR="00D270D5" w:rsidRDefault="000C5D88">
      <w:pPr>
        <w:pStyle w:val="Titolo1"/>
      </w:pPr>
      <w:r>
        <w:t>1. PROGETTO</w:t>
      </w:r>
    </w:p>
    <w:tbl>
      <w:tblPr>
        <w:tblW w:w="0" w:type="auto"/>
        <w:jc w:val="center"/>
        <w:tblBorders>
          <w:top w:val="single" w:sz="6" w:space="0" w:color="D9E1E5"/>
          <w:left w:val="single" w:sz="6" w:space="0" w:color="D9E1E5"/>
          <w:bottom w:val="single" w:sz="6" w:space="0" w:color="D9E1E5"/>
          <w:right w:val="single" w:sz="6" w:space="0" w:color="D9E1E5"/>
          <w:insideH w:val="single" w:sz="6" w:space="0" w:color="D9E1E5"/>
          <w:insideV w:val="single" w:sz="6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9921"/>
      </w:tblGrid>
      <w:tr w:rsidR="00D270D5" w14:paraId="32DF009E" w14:textId="77777777">
        <w:trPr>
          <w:cantSplit/>
          <w:jc w:val="center"/>
        </w:trPr>
        <w:tc>
          <w:tcPr>
            <w:tcW w:w="9921" w:type="dxa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9A91AD8" w14:textId="77777777" w:rsidR="00D270D5" w:rsidRDefault="000C5D88">
            <w:pPr>
              <w:spacing w:after="0"/>
            </w:pPr>
            <w:r>
              <w:rPr>
                <w:b/>
                <w:sz w:val="18"/>
              </w:rPr>
              <w:t>Titolo del progetto *</w:t>
            </w:r>
          </w:p>
          <w:p w14:paraId="27779D6C" w14:textId="77777777" w:rsidR="00D270D5" w:rsidRDefault="000C5D88">
            <w:pPr>
              <w:spacing w:after="0"/>
            </w:pPr>
            <w:r>
              <w:rPr>
                <w:sz w:val="20"/>
              </w:rPr>
              <w:t> </w:t>
            </w:r>
          </w:p>
        </w:tc>
      </w:tr>
      <w:tr w:rsidR="00D270D5" w:rsidRPr="002011F7" w14:paraId="63DB6EBA" w14:textId="77777777">
        <w:trPr>
          <w:cantSplit/>
          <w:jc w:val="center"/>
        </w:trPr>
        <w:tc>
          <w:tcPr>
            <w:tcW w:w="9921" w:type="dxa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02772B5" w14:textId="77777777" w:rsidR="00D270D5" w:rsidRPr="00BC4741" w:rsidRDefault="000C5D88">
            <w:pPr>
              <w:spacing w:after="0"/>
              <w:rPr>
                <w:lang w:val="it-IT"/>
              </w:rPr>
            </w:pPr>
            <w:r w:rsidRPr="00BC4741">
              <w:rPr>
                <w:b/>
                <w:sz w:val="18"/>
                <w:lang w:val="it-IT"/>
              </w:rPr>
              <w:t>Nome del gruppo (se presente)</w:t>
            </w:r>
          </w:p>
          <w:p w14:paraId="74686444" w14:textId="77777777" w:rsidR="00D270D5" w:rsidRPr="00BC4741" w:rsidRDefault="000C5D88">
            <w:pPr>
              <w:spacing w:after="0"/>
              <w:rPr>
                <w:lang w:val="it-IT"/>
              </w:rPr>
            </w:pPr>
            <w:r w:rsidRPr="00BC4741">
              <w:rPr>
                <w:sz w:val="20"/>
                <w:lang w:val="it-IT"/>
              </w:rPr>
              <w:t> </w:t>
            </w:r>
          </w:p>
        </w:tc>
      </w:tr>
    </w:tbl>
    <w:p w14:paraId="7433B04E" w14:textId="77777777" w:rsidR="00D270D5" w:rsidRPr="00BC4741" w:rsidRDefault="000C5D88">
      <w:pPr>
        <w:pStyle w:val="Titolo1"/>
        <w:rPr>
          <w:lang w:val="it-IT"/>
        </w:rPr>
      </w:pPr>
      <w:r w:rsidRPr="00BC4741">
        <w:rPr>
          <w:lang w:val="it-IT"/>
        </w:rPr>
        <w:t>2. REFERENTE DEL PROGETTO</w:t>
      </w:r>
    </w:p>
    <w:p w14:paraId="7DFF9F43" w14:textId="77777777" w:rsidR="00D270D5" w:rsidRPr="00BC4741" w:rsidRDefault="000C5D88">
      <w:pPr>
        <w:spacing w:after="80"/>
        <w:jc w:val="both"/>
        <w:rPr>
          <w:lang w:val="it-IT"/>
        </w:rPr>
      </w:pPr>
      <w:r w:rsidRPr="00BC4741">
        <w:rPr>
          <w:i/>
          <w:color w:val="4B555D"/>
          <w:sz w:val="17"/>
          <w:lang w:val="it-IT"/>
        </w:rPr>
        <w:t>Il referente è il partecipante individuale oppure, in caso di gruppo, la persona designata da tutti i componenti a curare l’iscrizione e i rapporti con l’Organizzazione.</w:t>
      </w:r>
    </w:p>
    <w:tbl>
      <w:tblPr>
        <w:tblW w:w="0" w:type="auto"/>
        <w:jc w:val="center"/>
        <w:tblBorders>
          <w:top w:val="single" w:sz="6" w:space="0" w:color="D9E1E5"/>
          <w:left w:val="single" w:sz="6" w:space="0" w:color="D9E1E5"/>
          <w:bottom w:val="single" w:sz="6" w:space="0" w:color="D9E1E5"/>
          <w:right w:val="single" w:sz="6" w:space="0" w:color="D9E1E5"/>
          <w:insideH w:val="single" w:sz="6" w:space="0" w:color="D9E1E5"/>
          <w:insideV w:val="single" w:sz="6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D270D5" w14:paraId="26787A5F" w14:textId="77777777">
        <w:trPr>
          <w:cantSplit/>
          <w:jc w:val="center"/>
        </w:trPr>
        <w:tc>
          <w:tcPr>
            <w:tcW w:w="49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8DC227" w14:textId="77777777" w:rsidR="00D270D5" w:rsidRDefault="000C5D88">
            <w:pPr>
              <w:spacing w:after="0" w:line="240" w:lineRule="auto"/>
            </w:pPr>
            <w:r>
              <w:rPr>
                <w:b/>
                <w:sz w:val="18"/>
              </w:rPr>
              <w:t>Cognome *</w:t>
            </w:r>
          </w:p>
          <w:p w14:paraId="235E32E7" w14:textId="77777777" w:rsidR="00D270D5" w:rsidRDefault="000C5D88">
            <w:pPr>
              <w:spacing w:after="0" w:line="240" w:lineRule="auto"/>
            </w:pPr>
            <w:r>
              <w:rPr>
                <w:sz w:val="20"/>
              </w:rPr>
              <w:t> </w:t>
            </w:r>
          </w:p>
        </w:tc>
        <w:tc>
          <w:tcPr>
            <w:tcW w:w="49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D38E7F" w14:textId="77777777" w:rsidR="00D270D5" w:rsidRDefault="000C5D88">
            <w:pPr>
              <w:spacing w:after="0" w:line="240" w:lineRule="auto"/>
            </w:pPr>
            <w:r>
              <w:rPr>
                <w:b/>
                <w:sz w:val="18"/>
              </w:rPr>
              <w:t>Nome *</w:t>
            </w:r>
          </w:p>
          <w:p w14:paraId="220EA263" w14:textId="77777777" w:rsidR="00D270D5" w:rsidRDefault="000C5D88">
            <w:pPr>
              <w:spacing w:after="0" w:line="240" w:lineRule="auto"/>
            </w:pPr>
            <w:r>
              <w:rPr>
                <w:sz w:val="20"/>
              </w:rPr>
              <w:t> </w:t>
            </w:r>
          </w:p>
        </w:tc>
      </w:tr>
      <w:tr w:rsidR="00D270D5" w14:paraId="242763E2" w14:textId="77777777">
        <w:trPr>
          <w:cantSplit/>
          <w:jc w:val="center"/>
        </w:trPr>
        <w:tc>
          <w:tcPr>
            <w:tcW w:w="49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FB5025" w14:textId="77777777" w:rsidR="00D270D5" w:rsidRDefault="000C5D88">
            <w:pPr>
              <w:spacing w:after="0" w:line="240" w:lineRule="auto"/>
            </w:pPr>
            <w:r>
              <w:rPr>
                <w:b/>
                <w:sz w:val="18"/>
              </w:rPr>
              <w:t>Luogo di nascita *</w:t>
            </w:r>
          </w:p>
          <w:p w14:paraId="223EA024" w14:textId="77777777" w:rsidR="00D270D5" w:rsidRDefault="000C5D88">
            <w:pPr>
              <w:spacing w:after="0" w:line="240" w:lineRule="auto"/>
            </w:pPr>
            <w:r>
              <w:rPr>
                <w:sz w:val="20"/>
              </w:rPr>
              <w:t> </w:t>
            </w:r>
          </w:p>
        </w:tc>
        <w:tc>
          <w:tcPr>
            <w:tcW w:w="49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252ED" w14:textId="77777777" w:rsidR="00D270D5" w:rsidRDefault="000C5D88">
            <w:pPr>
              <w:spacing w:after="0" w:line="240" w:lineRule="auto"/>
            </w:pPr>
            <w:r>
              <w:rPr>
                <w:b/>
                <w:sz w:val="18"/>
              </w:rPr>
              <w:t>Data di nascita *</w:t>
            </w:r>
          </w:p>
          <w:p w14:paraId="238443BD" w14:textId="77777777" w:rsidR="00D270D5" w:rsidRDefault="000C5D88">
            <w:pPr>
              <w:spacing w:after="0" w:line="240" w:lineRule="auto"/>
            </w:pPr>
            <w:r>
              <w:rPr>
                <w:sz w:val="20"/>
              </w:rPr>
              <w:t> </w:t>
            </w:r>
          </w:p>
        </w:tc>
      </w:tr>
      <w:tr w:rsidR="00D270D5" w14:paraId="62F067FC" w14:textId="77777777">
        <w:trPr>
          <w:cantSplit/>
          <w:jc w:val="center"/>
        </w:trPr>
        <w:tc>
          <w:tcPr>
            <w:tcW w:w="49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F8DC0" w14:textId="7AF13EAB" w:rsidR="00D270D5" w:rsidRDefault="000C5D88">
            <w:pPr>
              <w:spacing w:after="0" w:line="240" w:lineRule="auto"/>
            </w:pPr>
            <w:r>
              <w:rPr>
                <w:b/>
                <w:sz w:val="18"/>
              </w:rPr>
              <w:t>Codice fiscale</w:t>
            </w:r>
            <w:r w:rsidR="00633C17">
              <w:rPr>
                <w:b/>
                <w:sz w:val="18"/>
              </w:rPr>
              <w:t xml:space="preserve"> / Partita IVA</w:t>
            </w:r>
            <w:r>
              <w:rPr>
                <w:b/>
                <w:sz w:val="18"/>
              </w:rPr>
              <w:t xml:space="preserve"> *</w:t>
            </w:r>
          </w:p>
          <w:p w14:paraId="395DBE84" w14:textId="77777777" w:rsidR="00D270D5" w:rsidRDefault="000C5D88">
            <w:pPr>
              <w:spacing w:after="0" w:line="240" w:lineRule="auto"/>
            </w:pPr>
            <w:r>
              <w:rPr>
                <w:sz w:val="20"/>
              </w:rPr>
              <w:t> </w:t>
            </w:r>
          </w:p>
        </w:tc>
        <w:tc>
          <w:tcPr>
            <w:tcW w:w="49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629788" w14:textId="77777777" w:rsidR="00D270D5" w:rsidRDefault="000C5D88">
            <w:pPr>
              <w:spacing w:after="0" w:line="240" w:lineRule="auto"/>
            </w:pPr>
            <w:r>
              <w:rPr>
                <w:b/>
                <w:sz w:val="18"/>
              </w:rPr>
              <w:t>Telefono *</w:t>
            </w:r>
          </w:p>
          <w:p w14:paraId="4D5C247B" w14:textId="77777777" w:rsidR="00D270D5" w:rsidRDefault="000C5D88">
            <w:pPr>
              <w:spacing w:after="0" w:line="240" w:lineRule="auto"/>
            </w:pPr>
            <w:r>
              <w:rPr>
                <w:sz w:val="20"/>
              </w:rPr>
              <w:t> </w:t>
            </w:r>
          </w:p>
        </w:tc>
      </w:tr>
      <w:tr w:rsidR="00D270D5" w:rsidRPr="002011F7" w14:paraId="1035A93E" w14:textId="77777777">
        <w:trPr>
          <w:cantSplit/>
          <w:jc w:val="center"/>
        </w:trPr>
        <w:tc>
          <w:tcPr>
            <w:tcW w:w="9922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21E91" w14:textId="77777777" w:rsidR="00D270D5" w:rsidRPr="00BC4741" w:rsidRDefault="000C5D88">
            <w:pPr>
              <w:spacing w:after="0" w:line="240" w:lineRule="auto"/>
              <w:rPr>
                <w:lang w:val="it-IT"/>
              </w:rPr>
            </w:pPr>
            <w:r w:rsidRPr="00BC4741">
              <w:rPr>
                <w:b/>
                <w:sz w:val="18"/>
                <w:lang w:val="it-IT"/>
              </w:rPr>
              <w:t>E-mail per le comunicazioni *</w:t>
            </w:r>
          </w:p>
          <w:p w14:paraId="06EB695C" w14:textId="77777777" w:rsidR="00D270D5" w:rsidRPr="00BC4741" w:rsidRDefault="000C5D88">
            <w:pPr>
              <w:spacing w:after="0"/>
              <w:rPr>
                <w:lang w:val="it-IT"/>
              </w:rPr>
            </w:pPr>
            <w:r w:rsidRPr="00BC4741">
              <w:rPr>
                <w:sz w:val="20"/>
                <w:lang w:val="it-IT"/>
              </w:rPr>
              <w:t> </w:t>
            </w:r>
          </w:p>
        </w:tc>
      </w:tr>
    </w:tbl>
    <w:p w14:paraId="75AA798D" w14:textId="77777777" w:rsidR="00D270D5" w:rsidRPr="00BC4741" w:rsidRDefault="000C5D88">
      <w:pPr>
        <w:pStyle w:val="Titolo1"/>
        <w:rPr>
          <w:lang w:val="it-IT"/>
        </w:rPr>
      </w:pPr>
      <w:r w:rsidRPr="00BC4741">
        <w:rPr>
          <w:lang w:val="it-IT"/>
        </w:rPr>
        <w:t>3. ALTRI COMPONENTI DEL GRUPPO</w:t>
      </w:r>
    </w:p>
    <w:p w14:paraId="280601BF" w14:textId="77777777" w:rsidR="00D270D5" w:rsidRPr="00BC4741" w:rsidRDefault="000C5D88">
      <w:pPr>
        <w:spacing w:after="80"/>
        <w:rPr>
          <w:lang w:val="it-IT"/>
        </w:rPr>
      </w:pPr>
      <w:r w:rsidRPr="00BC4741">
        <w:rPr>
          <w:i/>
          <w:color w:val="4B555D"/>
          <w:sz w:val="17"/>
          <w:lang w:val="it-IT"/>
        </w:rPr>
        <w:t>Compilare soltanto in caso di partecipazione in gruppo. Se necessario, allegare un ulteriore foglio.</w:t>
      </w:r>
    </w:p>
    <w:tbl>
      <w:tblPr>
        <w:tblW w:w="0" w:type="auto"/>
        <w:jc w:val="center"/>
        <w:tblBorders>
          <w:top w:val="single" w:sz="6" w:space="0" w:color="D9E1E5"/>
          <w:left w:val="single" w:sz="6" w:space="0" w:color="D9E1E5"/>
          <w:bottom w:val="single" w:sz="6" w:space="0" w:color="D9E1E5"/>
          <w:right w:val="single" w:sz="6" w:space="0" w:color="D9E1E5"/>
          <w:insideH w:val="single" w:sz="6" w:space="0" w:color="D9E1E5"/>
          <w:insideV w:val="single" w:sz="6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3855"/>
        <w:gridCol w:w="5556"/>
      </w:tblGrid>
      <w:tr w:rsidR="00D270D5" w14:paraId="5A56970B" w14:textId="77777777">
        <w:trPr>
          <w:tblHeader/>
          <w:jc w:val="center"/>
        </w:trPr>
        <w:tc>
          <w:tcPr>
            <w:tcW w:w="510" w:type="dxa"/>
            <w:shd w:val="clear" w:color="auto" w:fill="0066A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7DC90B" w14:textId="77777777" w:rsidR="00D270D5" w:rsidRDefault="000C5D88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N.</w:t>
            </w:r>
          </w:p>
        </w:tc>
        <w:tc>
          <w:tcPr>
            <w:tcW w:w="3855" w:type="dxa"/>
            <w:shd w:val="clear" w:color="auto" w:fill="0066A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965781" w14:textId="77777777" w:rsidR="00D270D5" w:rsidRDefault="000C5D88">
            <w:pPr>
              <w:spacing w:after="0"/>
            </w:pPr>
            <w:r>
              <w:rPr>
                <w:b/>
                <w:color w:val="FFFFFF"/>
                <w:sz w:val="17"/>
              </w:rPr>
              <w:t>Nome e cognome</w:t>
            </w:r>
          </w:p>
        </w:tc>
        <w:tc>
          <w:tcPr>
            <w:tcW w:w="5556" w:type="dxa"/>
            <w:shd w:val="clear" w:color="auto" w:fill="0066A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A7C5A8" w14:textId="77777777" w:rsidR="00D270D5" w:rsidRDefault="000C5D88">
            <w:pPr>
              <w:spacing w:after="0"/>
            </w:pPr>
            <w:r>
              <w:rPr>
                <w:b/>
                <w:color w:val="FFFFFF"/>
                <w:sz w:val="17"/>
              </w:rPr>
              <w:t>Contributo al progetto</w:t>
            </w:r>
          </w:p>
        </w:tc>
      </w:tr>
      <w:tr w:rsidR="00D270D5" w14:paraId="4297C3B3" w14:textId="77777777">
        <w:trPr>
          <w:cantSplit/>
          <w:jc w:val="center"/>
        </w:trPr>
        <w:tc>
          <w:tcPr>
            <w:tcW w:w="51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6ED791B" w14:textId="77777777" w:rsidR="00D270D5" w:rsidRDefault="000C5D88">
            <w:pPr>
              <w:spacing w:after="0"/>
              <w:jc w:val="center"/>
            </w:pPr>
            <w:r>
              <w:rPr>
                <w:color w:val="5A646C"/>
                <w:sz w:val="17"/>
              </w:rPr>
              <w:t>1</w:t>
            </w:r>
          </w:p>
        </w:tc>
        <w:tc>
          <w:tcPr>
            <w:tcW w:w="3855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F4BE12B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  <w:tc>
          <w:tcPr>
            <w:tcW w:w="5556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D09F8BA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</w:tr>
      <w:tr w:rsidR="00D270D5" w14:paraId="102D8FE6" w14:textId="77777777">
        <w:trPr>
          <w:cantSplit/>
          <w:jc w:val="center"/>
        </w:trPr>
        <w:tc>
          <w:tcPr>
            <w:tcW w:w="510" w:type="dxa"/>
            <w:shd w:val="clear" w:color="auto" w:fill="F5F9F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33B727B" w14:textId="77777777" w:rsidR="00D270D5" w:rsidRDefault="000C5D88">
            <w:pPr>
              <w:spacing w:after="0"/>
              <w:jc w:val="center"/>
            </w:pPr>
            <w:r>
              <w:rPr>
                <w:color w:val="5A646C"/>
                <w:sz w:val="17"/>
              </w:rPr>
              <w:t>2</w:t>
            </w:r>
          </w:p>
        </w:tc>
        <w:tc>
          <w:tcPr>
            <w:tcW w:w="3855" w:type="dxa"/>
            <w:shd w:val="clear" w:color="auto" w:fill="F5F9F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AA3CB53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  <w:tc>
          <w:tcPr>
            <w:tcW w:w="5556" w:type="dxa"/>
            <w:shd w:val="clear" w:color="auto" w:fill="F5F9F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8BC058B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</w:tr>
      <w:tr w:rsidR="00D270D5" w14:paraId="024ECA77" w14:textId="77777777">
        <w:trPr>
          <w:cantSplit/>
          <w:jc w:val="center"/>
        </w:trPr>
        <w:tc>
          <w:tcPr>
            <w:tcW w:w="51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EF61B55" w14:textId="77777777" w:rsidR="00D270D5" w:rsidRDefault="000C5D88">
            <w:pPr>
              <w:spacing w:after="0"/>
              <w:jc w:val="center"/>
            </w:pPr>
            <w:r>
              <w:rPr>
                <w:color w:val="5A646C"/>
                <w:sz w:val="17"/>
              </w:rPr>
              <w:t>3</w:t>
            </w:r>
          </w:p>
        </w:tc>
        <w:tc>
          <w:tcPr>
            <w:tcW w:w="3855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2836F3D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  <w:tc>
          <w:tcPr>
            <w:tcW w:w="5556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74F2518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</w:tr>
      <w:tr w:rsidR="00D270D5" w14:paraId="5CBE4355" w14:textId="77777777">
        <w:trPr>
          <w:cantSplit/>
          <w:jc w:val="center"/>
        </w:trPr>
        <w:tc>
          <w:tcPr>
            <w:tcW w:w="510" w:type="dxa"/>
            <w:shd w:val="clear" w:color="auto" w:fill="F5F9F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3B9D8F1" w14:textId="77777777" w:rsidR="00D270D5" w:rsidRDefault="000C5D88">
            <w:pPr>
              <w:spacing w:after="0"/>
              <w:jc w:val="center"/>
            </w:pPr>
            <w:r>
              <w:rPr>
                <w:color w:val="5A646C"/>
                <w:sz w:val="17"/>
              </w:rPr>
              <w:t>4</w:t>
            </w:r>
          </w:p>
        </w:tc>
        <w:tc>
          <w:tcPr>
            <w:tcW w:w="3855" w:type="dxa"/>
            <w:shd w:val="clear" w:color="auto" w:fill="F5F9F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BC45619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  <w:tc>
          <w:tcPr>
            <w:tcW w:w="5556" w:type="dxa"/>
            <w:shd w:val="clear" w:color="auto" w:fill="F5F9F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627B7AE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</w:tr>
      <w:tr w:rsidR="00D270D5" w14:paraId="03E84182" w14:textId="77777777">
        <w:trPr>
          <w:cantSplit/>
          <w:jc w:val="center"/>
        </w:trPr>
        <w:tc>
          <w:tcPr>
            <w:tcW w:w="51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A2A0BC5" w14:textId="77777777" w:rsidR="00D270D5" w:rsidRDefault="000C5D88">
            <w:pPr>
              <w:spacing w:after="0"/>
              <w:jc w:val="center"/>
            </w:pPr>
            <w:r>
              <w:rPr>
                <w:color w:val="5A646C"/>
                <w:sz w:val="17"/>
              </w:rPr>
              <w:t>5</w:t>
            </w:r>
          </w:p>
        </w:tc>
        <w:tc>
          <w:tcPr>
            <w:tcW w:w="3855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A1229A9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  <w:tc>
          <w:tcPr>
            <w:tcW w:w="5556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5D4E87F" w14:textId="77777777" w:rsidR="00D270D5" w:rsidRDefault="000C5D88">
            <w:pPr>
              <w:spacing w:after="0"/>
            </w:pPr>
            <w:r>
              <w:rPr>
                <w:sz w:val="18"/>
              </w:rPr>
              <w:t> </w:t>
            </w:r>
          </w:p>
        </w:tc>
      </w:tr>
    </w:tbl>
    <w:p w14:paraId="0025C4F7" w14:textId="77777777" w:rsidR="00D270D5" w:rsidRDefault="000C5D88">
      <w:r>
        <w:br w:type="page"/>
      </w:r>
    </w:p>
    <w:p w14:paraId="4401D5B4" w14:textId="77777777" w:rsidR="00D270D5" w:rsidRDefault="000C5D88">
      <w:pPr>
        <w:pStyle w:val="Titolo1"/>
        <w:spacing w:before="0"/>
      </w:pPr>
      <w:r>
        <w:lastRenderedPageBreak/>
        <w:t>4. DICHIARAZIONI E AUTORIZZAZIONI DEL REFERENTE</w:t>
      </w:r>
    </w:p>
    <w:p w14:paraId="1570270C" w14:textId="77777777" w:rsidR="00D270D5" w:rsidRPr="00BC4741" w:rsidRDefault="000C5D88">
      <w:pPr>
        <w:spacing w:after="80"/>
        <w:rPr>
          <w:lang w:val="it-IT"/>
        </w:rPr>
      </w:pPr>
      <w:r w:rsidRPr="00BC4741">
        <w:rPr>
          <w:b/>
          <w:lang w:val="it-IT"/>
        </w:rPr>
        <w:t>Con la firma della presente Scheda, il referente, sotto la propria responsabilità: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2B25A013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0A96B242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5241389C" w14:textId="77777777" w:rsidR="00D270D5" w:rsidRPr="00BC4741" w:rsidRDefault="000C5D88">
            <w:pPr>
              <w:keepLines/>
              <w:spacing w:after="0" w:line="250" w:lineRule="auto"/>
              <w:rPr>
                <w:lang w:val="it-IT"/>
              </w:rPr>
            </w:pPr>
            <w:r w:rsidRPr="00BC4741">
              <w:rPr>
                <w:sz w:val="18"/>
                <w:lang w:val="it-IT"/>
              </w:rPr>
              <w:t>dichiara, in caso di partecipazione in gruppo, di essere stato designato e autorizzato da tutti i componenti indicati a presentare il progetto, a rendere le dichiarazioni e a concedere le autorizzazioni previste dal Regolamento; assume nei rapporti con l’Organizzazione la responsabilità della candidatura e della veridicità e completezza delle informazioni trasmesse con questa Scheda e con il Form online;</w:t>
            </w:r>
          </w:p>
        </w:tc>
      </w:tr>
    </w:tbl>
    <w:p w14:paraId="5D7AC5DA" w14:textId="77777777" w:rsidR="00D270D5" w:rsidRPr="00BC4741" w:rsidRDefault="00D270D5">
      <w:pPr>
        <w:spacing w:after="30" w:line="48" w:lineRule="auto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018BE670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4A052AF0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434D24DC" w14:textId="77777777" w:rsidR="00D270D5" w:rsidRPr="00BC4741" w:rsidRDefault="000C5D88">
            <w:pPr>
              <w:keepLines/>
              <w:spacing w:after="0" w:line="250" w:lineRule="auto"/>
              <w:rPr>
                <w:lang w:val="it-IT"/>
              </w:rPr>
            </w:pPr>
            <w:r w:rsidRPr="00BC4741">
              <w:rPr>
                <w:sz w:val="18"/>
                <w:lang w:val="it-IT"/>
              </w:rPr>
              <w:t>dichiara di avere compiuto 18 anni e, in caso di gruppo, garantisce che tutti i componenti indicati siano maggiorenni; dichiara inoltre che nessun partecipante, compreso il referente, supera il limite massimo di due progetti iscritti al Concorso;</w:t>
            </w:r>
          </w:p>
        </w:tc>
      </w:tr>
    </w:tbl>
    <w:p w14:paraId="6F141A58" w14:textId="77777777" w:rsidR="00D270D5" w:rsidRPr="00BC4741" w:rsidRDefault="00D270D5">
      <w:pPr>
        <w:spacing w:after="30" w:line="48" w:lineRule="auto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4C3E9660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7143A2FE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4AD0EDC6" w14:textId="77777777" w:rsidR="00D270D5" w:rsidRPr="00BC4741" w:rsidRDefault="000C5D88">
            <w:pPr>
              <w:keepLines/>
              <w:spacing w:after="0" w:line="250" w:lineRule="auto"/>
              <w:rPr>
                <w:lang w:val="it-IT"/>
              </w:rPr>
            </w:pPr>
            <w:r w:rsidRPr="00BC4741">
              <w:rPr>
                <w:sz w:val="18"/>
                <w:lang w:val="it-IT"/>
              </w:rPr>
              <w:t>dichiara che il progetto è originale e che i partecipanti sono autori o comunque legittimati a presentarlo; garantisce di essere legittimamente autorizzato a utilizzare i materiali forniti, compresi quelli eventualmente utilizzati o generati mediante strumenti di intelligenza artificiale e gli elementi riferibili a persone reali, e che la partecipazione al Concorso e gli utilizzi previsti dal Regolamento non violino diritti di terzi;</w:t>
            </w:r>
          </w:p>
        </w:tc>
      </w:tr>
    </w:tbl>
    <w:p w14:paraId="181BCBBA" w14:textId="77777777" w:rsidR="00D270D5" w:rsidRPr="00BC4741" w:rsidRDefault="00D270D5">
      <w:pPr>
        <w:spacing w:after="30" w:line="48" w:lineRule="auto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5E16F733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7D6352CB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666C26BC" w14:textId="77777777" w:rsidR="00D270D5" w:rsidRPr="00BC4741" w:rsidRDefault="000C5D88">
            <w:pPr>
              <w:keepLines/>
              <w:spacing w:after="0" w:line="250" w:lineRule="auto"/>
              <w:rPr>
                <w:lang w:val="it-IT"/>
              </w:rPr>
            </w:pPr>
            <w:r w:rsidRPr="00BC4741">
              <w:rPr>
                <w:sz w:val="18"/>
                <w:lang w:val="it-IT"/>
              </w:rPr>
              <w:t>dichiara che le informazioni inserite nel Form online sugli strumenti di intelligenza artificiale, sulle fasi e modalità del loro impiego e sul contributo creativo e decisionale degli autori siano complete e veritiere; assume la responsabilità delle scelte creative, dei contenuti presentati e del risultato finale e garantisce che l’impiego dell’intelligenza artificiale rispetti la normativa applicabile;</w:t>
            </w:r>
          </w:p>
        </w:tc>
      </w:tr>
    </w:tbl>
    <w:p w14:paraId="321657DD" w14:textId="77777777" w:rsidR="00D270D5" w:rsidRPr="00BC4741" w:rsidRDefault="00D270D5">
      <w:pPr>
        <w:spacing w:after="30" w:line="48" w:lineRule="auto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1C3B4CF7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1E358830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06B6572F" w14:textId="77777777" w:rsidR="00D270D5" w:rsidRPr="00BC4741" w:rsidRDefault="000C5D88">
            <w:pPr>
              <w:keepLines/>
              <w:spacing w:after="0" w:line="250" w:lineRule="auto"/>
              <w:rPr>
                <w:lang w:val="it-IT"/>
              </w:rPr>
            </w:pPr>
            <w:r w:rsidRPr="00BC4741">
              <w:rPr>
                <w:sz w:val="18"/>
                <w:lang w:val="it-IT"/>
              </w:rPr>
              <w:t>dichiara di avere letto e di accettare integralmente il Regolamento del Concorso, tutte le indicazioni in esso contenute, nonché l’operato e il giudizio insindacabile della Giuria e dell’Organizzazione;</w:t>
            </w:r>
          </w:p>
        </w:tc>
      </w:tr>
    </w:tbl>
    <w:p w14:paraId="2A045D9F" w14:textId="77777777" w:rsidR="00D270D5" w:rsidRPr="00BC4741" w:rsidRDefault="00D270D5">
      <w:pPr>
        <w:spacing w:after="30" w:line="48" w:lineRule="auto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6462CFD1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048877F4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6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026E814B" w14:textId="77777777" w:rsidR="00D270D5" w:rsidRPr="00BC4741" w:rsidRDefault="000C5D88">
            <w:pPr>
              <w:keepLines/>
              <w:spacing w:after="0" w:line="250" w:lineRule="auto"/>
              <w:rPr>
                <w:lang w:val="it-IT"/>
              </w:rPr>
            </w:pPr>
            <w:r w:rsidRPr="00BC4741">
              <w:rPr>
                <w:sz w:val="18"/>
                <w:lang w:val="it-IT"/>
              </w:rPr>
              <w:t>autorizza Rai Com e il Gruppo RAI agli utilizzi del progetto, dei suoi estratti e dei materiali forniti previsti dal Regolamento, compresi gli usi promozionali, pubblicitari, giornalistici, informativi e di marketing relativi all’Evento e alle sue successive edizioni; prende atto che i materiali potranno essere presentati durante l’Evento, anche per estratto o mediante elaborazioni quali clip e trailer, e che l’eventuale distribuzione del prodotto finito sarà disciplinata da un separato accordo;</w:t>
            </w:r>
          </w:p>
        </w:tc>
      </w:tr>
    </w:tbl>
    <w:p w14:paraId="3DCB8043" w14:textId="77777777" w:rsidR="00D270D5" w:rsidRPr="00BC4741" w:rsidRDefault="00D270D5">
      <w:pPr>
        <w:spacing w:after="30" w:line="48" w:lineRule="auto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396C3C80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43045412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7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181A0631" w14:textId="77777777" w:rsidR="00D270D5" w:rsidRPr="00BC4741" w:rsidRDefault="000C5D88">
            <w:pPr>
              <w:keepLines/>
              <w:spacing w:after="0" w:line="250" w:lineRule="auto"/>
              <w:rPr>
                <w:lang w:val="it-IT"/>
              </w:rPr>
            </w:pPr>
            <w:r w:rsidRPr="00BC4741">
              <w:rPr>
                <w:sz w:val="18"/>
                <w:lang w:val="it-IT"/>
              </w:rPr>
              <w:t>garantisce e manleva Rai Com e il Gruppo RAI da ogni danno, pretesa o rivendicazione di terzi derivante dalla violazione delle dichiarazioni e garanzie rese, anche in relazione alla veridicità dei dati conferiti;</w:t>
            </w:r>
          </w:p>
        </w:tc>
      </w:tr>
    </w:tbl>
    <w:p w14:paraId="0859C4E8" w14:textId="77777777" w:rsidR="00D270D5" w:rsidRPr="00BC4741" w:rsidRDefault="00D270D5">
      <w:pPr>
        <w:spacing w:after="30" w:line="48" w:lineRule="auto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581"/>
      </w:tblGrid>
      <w:tr w:rsidR="00D270D5" w:rsidRPr="002011F7" w14:paraId="1E1ECF9B" w14:textId="77777777">
        <w:trPr>
          <w:cantSplit/>
          <w:jc w:val="center"/>
        </w:trPr>
        <w:tc>
          <w:tcPr>
            <w:tcW w:w="408" w:type="dxa"/>
            <w:tcMar>
              <w:top w:w="25" w:type="dxa"/>
              <w:left w:w="0" w:type="dxa"/>
              <w:bottom w:w="25" w:type="dxa"/>
              <w:right w:w="40" w:type="dxa"/>
            </w:tcMar>
          </w:tcPr>
          <w:p w14:paraId="76E3B9EA" w14:textId="77777777" w:rsidR="00D270D5" w:rsidRDefault="000C5D88">
            <w:pPr>
              <w:shd w:val="clear" w:color="auto" w:fill="0066A1"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8</w:t>
            </w:r>
          </w:p>
        </w:tc>
        <w:tc>
          <w:tcPr>
            <w:tcW w:w="9581" w:type="dxa"/>
            <w:tcMar>
              <w:top w:w="25" w:type="dxa"/>
              <w:left w:w="0" w:type="dxa"/>
              <w:bottom w:w="25" w:type="dxa"/>
              <w:right w:w="0" w:type="dxa"/>
            </w:tcMar>
          </w:tcPr>
          <w:p w14:paraId="19604AB5" w14:textId="4FB2ECDD" w:rsidR="00D270D5" w:rsidRPr="00BC4741" w:rsidRDefault="00BC4741">
            <w:pPr>
              <w:keepLines/>
              <w:spacing w:after="0" w:line="250" w:lineRule="auto"/>
              <w:rPr>
                <w:lang w:val="it-IT"/>
              </w:rPr>
            </w:pPr>
            <w:r w:rsidRPr="0007177D">
              <w:rPr>
                <w:sz w:val="18"/>
                <w:lang w:val="it-IT"/>
              </w:rPr>
              <w:t>dichiara di avere preso visione dell’informativa sul trattamento dei dati personali resa ai sensi degli articoli 13 e 14 del Reg. (UE) N. 679/2016 contenuta all’interno del Regolamento del Concorso e si impegna a renderla disponibile a tutti gli autori dei progetti per cui viene richiesta l’iscrizione e/o eventuali altri soggetti i cui dati sono trasmessi con la compilazione del form di iscrizione</w:t>
            </w:r>
            <w:r w:rsidR="000C5D88" w:rsidRPr="00BC4741">
              <w:rPr>
                <w:sz w:val="18"/>
                <w:lang w:val="it-IT"/>
              </w:rPr>
              <w:t>.</w:t>
            </w:r>
          </w:p>
        </w:tc>
      </w:tr>
    </w:tbl>
    <w:p w14:paraId="1F0F3C96" w14:textId="77777777" w:rsidR="00D270D5" w:rsidRDefault="000C5D88">
      <w:pPr>
        <w:pStyle w:val="Titolo1"/>
        <w:spacing w:before="160"/>
      </w:pPr>
      <w:r>
        <w:t>FIRMA</w:t>
      </w:r>
    </w:p>
    <w:tbl>
      <w:tblPr>
        <w:tblW w:w="0" w:type="auto"/>
        <w:jc w:val="center"/>
        <w:tblBorders>
          <w:top w:val="single" w:sz="6" w:space="0" w:color="D9E1E5"/>
          <w:left w:val="single" w:sz="6" w:space="0" w:color="D9E1E5"/>
          <w:bottom w:val="single" w:sz="6" w:space="0" w:color="D9E1E5"/>
          <w:right w:val="single" w:sz="6" w:space="0" w:color="D9E1E5"/>
          <w:insideH w:val="single" w:sz="6" w:space="0" w:color="D9E1E5"/>
          <w:insideV w:val="single" w:sz="6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4139"/>
        <w:gridCol w:w="5783"/>
      </w:tblGrid>
      <w:tr w:rsidR="00D270D5" w14:paraId="7841E186" w14:textId="77777777">
        <w:trPr>
          <w:cantSplit/>
          <w:jc w:val="center"/>
        </w:trPr>
        <w:tc>
          <w:tcPr>
            <w:tcW w:w="4139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69400B7" w14:textId="77777777" w:rsidR="00D270D5" w:rsidRDefault="000C5D88">
            <w:pPr>
              <w:spacing w:after="0"/>
            </w:pPr>
            <w:r>
              <w:rPr>
                <w:b/>
                <w:sz w:val="18"/>
              </w:rPr>
              <w:t>Luogo e data</w:t>
            </w:r>
          </w:p>
          <w:p w14:paraId="16EC2521" w14:textId="77777777" w:rsidR="00D270D5" w:rsidRDefault="000C5D88">
            <w:pPr>
              <w:spacing w:after="0"/>
            </w:pPr>
            <w:r>
              <w:rPr>
                <w:sz w:val="20"/>
              </w:rPr>
              <w:br/>
              <w:t> </w:t>
            </w:r>
          </w:p>
        </w:tc>
        <w:tc>
          <w:tcPr>
            <w:tcW w:w="5783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C5922C0" w14:textId="77777777" w:rsidR="00D270D5" w:rsidRDefault="000C5D88">
            <w:pPr>
              <w:spacing w:after="0"/>
            </w:pPr>
            <w:r>
              <w:rPr>
                <w:b/>
                <w:sz w:val="18"/>
              </w:rPr>
              <w:t>Firma del referente del progetto</w:t>
            </w:r>
          </w:p>
          <w:p w14:paraId="02970FB2" w14:textId="77777777" w:rsidR="00D270D5" w:rsidRDefault="000C5D88">
            <w:pPr>
              <w:spacing w:after="0"/>
            </w:pPr>
            <w:r>
              <w:rPr>
                <w:sz w:val="20"/>
              </w:rPr>
              <w:br/>
              <w:t> </w:t>
            </w:r>
          </w:p>
        </w:tc>
      </w:tr>
    </w:tbl>
    <w:p w14:paraId="3878B401" w14:textId="77777777" w:rsidR="000C5D88" w:rsidRDefault="000C5D88"/>
    <w:sectPr w:rsidR="000C5D88" w:rsidSect="00034616">
      <w:headerReference w:type="default" r:id="rId10"/>
      <w:footerReference w:type="default" r:id="rId11"/>
      <w:pgSz w:w="11906" w:h="16838"/>
      <w:pgMar w:top="879" w:right="992" w:bottom="822" w:left="992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6EDF8" w14:textId="77777777" w:rsidR="006B4427" w:rsidRDefault="006B4427">
      <w:pPr>
        <w:spacing w:after="0" w:line="240" w:lineRule="auto"/>
      </w:pPr>
      <w:r>
        <w:separator/>
      </w:r>
    </w:p>
  </w:endnote>
  <w:endnote w:type="continuationSeparator" w:id="0">
    <w:p w14:paraId="7ACFBEF9" w14:textId="77777777" w:rsidR="006B4427" w:rsidRDefault="006B4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8AE3" w14:textId="50F13E45" w:rsidR="00D270D5" w:rsidRDefault="000C5D88">
    <w:pPr>
      <w:pStyle w:val="Pidipagina"/>
      <w:jc w:val="center"/>
    </w:pPr>
    <w:r>
      <w:rPr>
        <w:color w:val="646E76"/>
        <w:sz w:val="15"/>
      </w:rPr>
      <w:t xml:space="preserve">ADE 2026  |  Scheda di iscrizione  |  Pagina </w:t>
    </w:r>
    <w:r>
      <w:rPr>
        <w:color w:val="646E76"/>
        <w:sz w:val="15"/>
      </w:rPr>
      <w:fldChar w:fldCharType="begin"/>
    </w:r>
    <w:r>
      <w:rPr>
        <w:color w:val="646E76"/>
        <w:sz w:val="15"/>
      </w:rPr>
      <w:instrText xml:space="preserve"> PAGE </w:instrText>
    </w:r>
    <w:r>
      <w:rPr>
        <w:color w:val="646E76"/>
        <w:sz w:val="15"/>
      </w:rPr>
      <w:fldChar w:fldCharType="separate"/>
    </w:r>
    <w:r w:rsidR="00BC4741">
      <w:rPr>
        <w:noProof/>
        <w:color w:val="646E76"/>
        <w:sz w:val="15"/>
      </w:rPr>
      <w:t>1</w:t>
    </w:r>
    <w:r>
      <w:rPr>
        <w:color w:val="646E76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C7C1" w14:textId="77777777" w:rsidR="006B4427" w:rsidRDefault="006B4427">
      <w:pPr>
        <w:spacing w:after="0" w:line="240" w:lineRule="auto"/>
      </w:pPr>
      <w:r>
        <w:separator/>
      </w:r>
    </w:p>
  </w:footnote>
  <w:footnote w:type="continuationSeparator" w:id="0">
    <w:p w14:paraId="612BDF6E" w14:textId="77777777" w:rsidR="006B4427" w:rsidRDefault="006B4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1037" w14:textId="77777777" w:rsidR="00D270D5" w:rsidRDefault="000C5D88">
    <w:pPr>
      <w:pStyle w:val="Intestazione"/>
      <w:jc w:val="right"/>
    </w:pPr>
    <w:r>
      <w:rPr>
        <w:b/>
        <w:color w:val="0066A1"/>
        <w:sz w:val="15"/>
      </w:rPr>
      <w:t>APULIA DIGITAL EXPERIENCE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6536029">
    <w:abstractNumId w:val="8"/>
  </w:num>
  <w:num w:numId="2" w16cid:durableId="1571233757">
    <w:abstractNumId w:val="6"/>
  </w:num>
  <w:num w:numId="3" w16cid:durableId="1362047253">
    <w:abstractNumId w:val="5"/>
  </w:num>
  <w:num w:numId="4" w16cid:durableId="1502772479">
    <w:abstractNumId w:val="4"/>
  </w:num>
  <w:num w:numId="5" w16cid:durableId="580915394">
    <w:abstractNumId w:val="7"/>
  </w:num>
  <w:num w:numId="6" w16cid:durableId="157773973">
    <w:abstractNumId w:val="3"/>
  </w:num>
  <w:num w:numId="7" w16cid:durableId="1008404648">
    <w:abstractNumId w:val="2"/>
  </w:num>
  <w:num w:numId="8" w16cid:durableId="807013907">
    <w:abstractNumId w:val="1"/>
  </w:num>
  <w:num w:numId="9" w16cid:durableId="1888254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EBB"/>
    <w:rsid w:val="00034616"/>
    <w:rsid w:val="0006063C"/>
    <w:rsid w:val="0007177D"/>
    <w:rsid w:val="000C5D88"/>
    <w:rsid w:val="0015074B"/>
    <w:rsid w:val="001E041B"/>
    <w:rsid w:val="002011F7"/>
    <w:rsid w:val="0029639D"/>
    <w:rsid w:val="00326F90"/>
    <w:rsid w:val="003F1827"/>
    <w:rsid w:val="004111A2"/>
    <w:rsid w:val="00572037"/>
    <w:rsid w:val="005B31D8"/>
    <w:rsid w:val="00633C17"/>
    <w:rsid w:val="006B4427"/>
    <w:rsid w:val="007053DA"/>
    <w:rsid w:val="00970F7B"/>
    <w:rsid w:val="00AA1D8D"/>
    <w:rsid w:val="00B47730"/>
    <w:rsid w:val="00BC4741"/>
    <w:rsid w:val="00C021CF"/>
    <w:rsid w:val="00CB0664"/>
    <w:rsid w:val="00D16646"/>
    <w:rsid w:val="00D270D5"/>
    <w:rsid w:val="00ED7D56"/>
    <w:rsid w:val="00F91F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9578228-B5D0-4BFE-A577-F5A707E7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Arial" w:eastAsia="Arial" w:hAnsi="Arial"/>
      <w:color w:val="1F2A33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0066A1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66A1"/>
      <w:spacing w:val="5"/>
      <w:kern w:val="28"/>
      <w:sz w:val="4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BC4741"/>
    <w:pPr>
      <w:spacing w:after="0" w:line="240" w:lineRule="auto"/>
    </w:pPr>
    <w:rPr>
      <w:rFonts w:ascii="Arial" w:eastAsia="Arial" w:hAnsi="Arial"/>
      <w:color w:val="1F2A33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uliadigitalexperience@ra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aicom.rai.it/ade-iscrizione-al-concors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iscrizione Concorso Intelligenza Artificiale ADE 2026</dc:title>
  <dc:subject>Scheda semplificata con firma unica del referente del progetto</dc:subject>
  <dc:creator>Apulia Digital Experience</dc:creator>
  <cp:keywords>ADE 2026, intelligenza artificiale, concorso, iscrizione</cp:keywords>
  <dc:description>generated by python-docx</dc:description>
  <cp:lastModifiedBy>Sargentoni Shania</cp:lastModifiedBy>
  <cp:revision>5</cp:revision>
  <dcterms:created xsi:type="dcterms:W3CDTF">2026-10-05T15:02:00Z</dcterms:created>
  <dcterms:modified xsi:type="dcterms:W3CDTF">2026-10-23T18:10:00Z</dcterms:modified>
  <cp:category/>
</cp:coreProperties>
</file>